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Sınıf Görev Dağılımı Çizelgesi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Başlangıç Tarihi: </w:t>
            </w:r>
            <w:r>
              <w:rPr>
                <w:b w:val="0"/>
              </w:rPr>
              <w:t>…… / …… / 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Öğretmeni: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Dönüşüm: </w:t>
            </w:r>
            <w:r>
              <w:rPr>
                <w:b w:val="0"/>
              </w:rPr>
              <w:t>Haftalık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Görevler dönüşümlüdür: her hafta sıra bir sonraki öğrenciye geçer. Sorumluluk bir ödül ya da ceza aracı değildir; sınıfın işini paylaşmaktır. Çizelgeyi çocukların görebileceği yükseklikte asın.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096"/>
        <w:gridCol w:w="1096"/>
        <w:gridCol w:w="1096"/>
        <w:gridCol w:w="1096"/>
        <w:gridCol w:w="1096"/>
        <w:gridCol w:w="1096"/>
        <w:gridCol w:w="1096"/>
        <w:gridCol w:w="1096"/>
        <w:gridCol w:w="1096"/>
      </w:tblGrid>
      <w:tr>
        <w:tc>
          <w:tcPr>
            <w:tcW w:type="dxa" w:w="236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Görev</w:t>
            </w:r>
          </w:p>
        </w:tc>
        <w:tc>
          <w:tcPr>
            <w:tcW w:type="dxa" w:w="93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1. hafta</w:t>
            </w:r>
          </w:p>
        </w:tc>
        <w:tc>
          <w:tcPr>
            <w:tcW w:type="dxa" w:w="93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2. hafta</w:t>
            </w:r>
          </w:p>
        </w:tc>
        <w:tc>
          <w:tcPr>
            <w:tcW w:type="dxa" w:w="93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3. hafta</w:t>
            </w:r>
          </w:p>
        </w:tc>
        <w:tc>
          <w:tcPr>
            <w:tcW w:type="dxa" w:w="93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4. hafta</w:t>
            </w:r>
          </w:p>
        </w:tc>
        <w:tc>
          <w:tcPr>
            <w:tcW w:type="dxa" w:w="93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5. hafta</w:t>
            </w:r>
          </w:p>
        </w:tc>
        <w:tc>
          <w:tcPr>
            <w:tcW w:type="dxa" w:w="93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6. hafta</w:t>
            </w:r>
          </w:p>
        </w:tc>
        <w:tc>
          <w:tcPr>
            <w:tcW w:type="dxa" w:w="93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7. hafta</w:t>
            </w:r>
          </w:p>
        </w:tc>
        <w:tc>
          <w:tcPr>
            <w:tcW w:type="dxa" w:w="93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8. hafta</w:t>
            </w:r>
          </w:p>
        </w:tc>
      </w:tr>
      <w:tr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Sınıf kitaplığı</w:t>
            </w:r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</w:tr>
      <w:tr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Çiçek ve bitki bakımı</w:t>
            </w:r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</w:tr>
      <w:tr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Tahta ve silgi</w:t>
            </w:r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</w:tr>
      <w:tr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Sıra ve dolap düzeni</w:t>
            </w:r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</w:tr>
      <w:tr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Işık ve pencere</w:t>
            </w:r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</w:tr>
      <w:tr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Malzeme dağıtımı</w:t>
            </w:r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</w:tr>
      <w:tr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Temizlik ve atık ayrımı</w:t>
            </w:r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</w:tr>
      <w:tr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Sıraya geçiş ve kapı</w:t>
            </w:r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</w:tr>
      <w:tr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Beslenme saati düzeni</w:t>
            </w:r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</w:tr>
      <w:tr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Yeni gelen arkadaşa yardım</w:t>
            </w:r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  <w:tc>
          <w:tcPr>
            <w:tcW w:type="dxa" w:w="937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Sınıf Görev Dağılımı Çizelgesi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