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Sınıf Oturma Planı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Düzenleme Tarihi: </w:t>
            </w:r>
            <w:r>
              <w:rPr>
                <w:b w:val="0"/>
              </w:rPr>
              <w:t>…… / …… / 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Öğretmeni: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Mevcut: </w:t>
            </w:r>
            <w:r>
              <w:rPr>
                <w:b w:val="0"/>
              </w:rPr>
              <w:t>…………………………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Üç farklı düzen verilmiştir; sınıfınıza uyanı kullanın. Kutulara öğrenci adlarını yazın. Görme/işitme güçlüğü olan ve dikkat desteği gereken öğrenciler ön sıralara alınır; oturma planı dönemde en az bir kez değiştirilir.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Düzen 1 — Sıralı (ikili sıra, 3 kol)</w:t>
      </w:r>
    </w:p>
    <w:p>
      <w:r>
        <w:rPr>
          <w:b w:val="0"/>
        </w:rPr>
        <w:t>Klasik düzen: her kutu bir öğrenci, ikişerli sıralar üç kol.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578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578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578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578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578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578"/>
          </w:tcPr>
          <w:p>
            <w:r/>
          </w:p>
        </w:tc>
      </w:tr>
    </w:tbl>
    <w:p/>
    <w:p>
      <w:r>
        <w:rPr>
          <w:b/>
        </w:rPr>
        <w:t>TAHTA / ÖĞRETMEN MASASI</w:t>
      </w:r>
      <w:r>
        <w:rPr>
          <w:b w:val="0"/>
        </w:rPr>
        <w:t xml:space="preserve"> (üst)</w:t>
      </w:r>
    </w:p>
    <w:p>
      <w:r>
        <w:br w:type="page"/>
      </w:r>
    </w:p>
    <w:p>
      <w:pPr>
        <w:spacing w:before="160"/>
      </w:pPr>
      <w:r>
        <w:rPr>
          <w:b/>
          <w:color w:val="0F766E"/>
          <w:sz w:val="25"/>
        </w:rPr>
        <w:t>Düzen 2 — U Düzeni</w:t>
      </w:r>
    </w:p>
    <w:p>
      <w:r>
        <w:rPr>
          <w:b w:val="0"/>
        </w:rPr>
        <w:t>Tartışma ve gösterim için: dış çerçeve kutuları kullanılır, orta boş kalır (ortadaki kutuları boş bırakın).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381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381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381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381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1381"/>
          </w:tcPr>
          <w:p>
            <w:r/>
          </w:p>
        </w:tc>
      </w:tr>
    </w:tbl>
    <w:p/>
    <w:p>
      <w:r>
        <w:rPr>
          <w:b/>
        </w:rPr>
        <w:t>TAHTA / ÖĞRETMEN MASASI</w:t>
      </w:r>
      <w:r>
        <w:rPr>
          <w:b w:val="0"/>
        </w:rPr>
        <w:t xml:space="preserve"> (üst)</w:t>
      </w:r>
    </w:p>
    <w:p>
      <w:r>
        <w:br w:type="page"/>
      </w:r>
    </w:p>
    <w:p>
      <w:pPr>
        <w:spacing w:before="160"/>
      </w:pPr>
      <w:r>
        <w:rPr>
          <w:b/>
          <w:color w:val="0F766E"/>
          <w:sz w:val="25"/>
        </w:rPr>
        <w:t>Düzen 3 — Küme (grup) Düzeni</w:t>
      </w:r>
    </w:p>
    <w:p>
      <w:r>
        <w:rPr>
          <w:b w:val="0"/>
        </w:rPr>
        <w:t>İş birlikli çalışma için 4-5 kişilik altı küme.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335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Küme 1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Küme 2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Küme 3</w:t>
            </w:r>
          </w:p>
        </w:tc>
      </w:tr>
      <w:tr>
        <w:tc>
          <w:tcPr>
            <w:tcW w:type="dxa" w:w="3354"/>
          </w:tcPr>
          <w:p>
            <w:r/>
            <w:r>
              <w:rPr>
                <w:b w:val="0"/>
                <w:sz w:val="19"/>
              </w:rPr>
              <w:t>1.</w:t>
              <w:br/>
              <w:t>2.</w:t>
              <w:br/>
              <w:t>3.</w:t>
              <w:br/>
              <w:t>4.</w:t>
              <w:br/>
              <w:t>5.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1.</w:t>
              <w:br/>
              <w:t>2.</w:t>
              <w:br/>
              <w:t>3.</w:t>
              <w:br/>
              <w:t>4.</w:t>
              <w:br/>
              <w:t>5.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1.</w:t>
              <w:br/>
              <w:t>2.</w:t>
              <w:br/>
              <w:t>3.</w:t>
              <w:br/>
              <w:t>4.</w:t>
              <w:br/>
              <w:t>5.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335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Küme 4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Küme 5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Küme 6</w:t>
            </w:r>
          </w:p>
        </w:tc>
      </w:tr>
      <w:tr>
        <w:tc>
          <w:tcPr>
            <w:tcW w:type="dxa" w:w="3354"/>
          </w:tcPr>
          <w:p>
            <w:r/>
            <w:r>
              <w:rPr>
                <w:b w:val="0"/>
                <w:sz w:val="19"/>
              </w:rPr>
              <w:t>1.</w:t>
              <w:br/>
              <w:t>2.</w:t>
              <w:br/>
              <w:t>3.</w:t>
              <w:br/>
              <w:t>4.</w:t>
              <w:br/>
              <w:t>5.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1.</w:t>
              <w:br/>
              <w:t>2.</w:t>
              <w:br/>
              <w:t>3.</w:t>
              <w:br/>
              <w:t>4.</w:t>
              <w:br/>
              <w:t>5.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1.</w:t>
              <w:br/>
              <w:t>2.</w:t>
              <w:br/>
              <w:t>3.</w:t>
              <w:br/>
              <w:t>4.</w:t>
              <w:br/>
              <w:t>5.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Sınıf Oturma Planı (3 Düzen)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