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Sözleşmemiz</w:t>
      </w:r>
    </w:p>
    <w:p>
      <w:pPr>
        <w:jc w:val="center"/>
      </w:pPr>
      <w:r>
        <w:rPr>
          <w:b/>
          <w:color w:val="4A5A64"/>
          <w:sz w:val="20"/>
        </w:rPr>
        <w:t>2026-2027 Eğitim-Öğretim Yılı · …… / …… Sınıfı</w:t>
      </w:r>
    </w:p>
    <w:p>
      <w:r>
        <w:rPr>
          <w:b w:val="0"/>
        </w:rPr>
        <w:t>Biz bu sınıfın öğretmeni, öğrencisi ve velisi olarak birbirimize söz veriyoruz:</w:t>
      </w:r>
    </w:p>
    <w:p>
      <w:r>
        <w:rPr>
          <w:b/>
          <w:color w:val="0A5650"/>
          <w:sz w:val="22"/>
        </w:rPr>
        <w:t>Öğretmen olarak ben</w:t>
      </w:r>
    </w:p>
    <w:p>
      <w:pPr>
        <w:pStyle w:val="ListBullet"/>
      </w:pPr>
      <w:r>
        <w:rPr>
          <w:b w:val="0"/>
        </w:rPr>
        <w:t>Her öğrencime adil ve sabırlı davranırım, gelişimini yakından izlerim.</w:t>
      </w:r>
    </w:p>
    <w:p>
      <w:pPr>
        <w:pStyle w:val="ListBullet"/>
      </w:pPr>
      <w:r>
        <w:rPr>
          <w:b w:val="0"/>
        </w:rPr>
        <w:t>Dersleri planlı ve anlaşılır işlerim; öğrenemeyen için farklı yol denerim.</w:t>
      </w:r>
    </w:p>
    <w:p>
      <w:pPr>
        <w:pStyle w:val="ListBullet"/>
      </w:pPr>
      <w:r>
        <w:rPr>
          <w:b w:val="0"/>
        </w:rPr>
        <w:t>Velilerle düzenli ve açık iletişim kurarım; iyi haberleri de paylaşırım.</w:t>
      </w:r>
    </w:p>
    <w:p>
      <w:r>
        <w:rPr>
          <w:b/>
          <w:color w:val="0A5650"/>
          <w:sz w:val="22"/>
        </w:rPr>
        <w:t>Öğrenci olarak ben</w:t>
      </w:r>
    </w:p>
    <w:p>
      <w:pPr>
        <w:pStyle w:val="ListBullet"/>
      </w:pPr>
      <w:r>
        <w:rPr>
          <w:b w:val="0"/>
        </w:rPr>
        <w:t>Okula zamanında ve hazır gelirim.</w:t>
      </w:r>
    </w:p>
    <w:p>
      <w:pPr>
        <w:pStyle w:val="ListBullet"/>
      </w:pPr>
      <w:r>
        <w:rPr>
          <w:b w:val="0"/>
        </w:rPr>
        <w:t>Arkadaşlarıma ve öğretmenime saygılı olurum; kimseyi incitmem.</w:t>
      </w:r>
    </w:p>
    <w:p>
      <w:pPr>
        <w:pStyle w:val="ListBullet"/>
      </w:pPr>
      <w:r>
        <w:rPr>
          <w:b w:val="0"/>
        </w:rPr>
        <w:t>Ödevlerimi kendim yaparım, eşyalarımı korurum.</w:t>
      </w:r>
    </w:p>
    <w:p>
      <w:pPr>
        <w:pStyle w:val="ListBullet"/>
      </w:pPr>
      <w:r>
        <w:rPr>
          <w:b w:val="0"/>
        </w:rPr>
        <w:t>Anlamadığımda sorarım, yardım isterim.</w:t>
      </w:r>
    </w:p>
    <w:p>
      <w:r>
        <w:rPr>
          <w:b/>
          <w:color w:val="0A5650"/>
          <w:sz w:val="22"/>
        </w:rPr>
        <w:t>Veli olarak ben</w:t>
      </w:r>
    </w:p>
    <w:p>
      <w:pPr>
        <w:pStyle w:val="ListBullet"/>
      </w:pPr>
      <w:r>
        <w:rPr>
          <w:b w:val="0"/>
        </w:rPr>
        <w:t>Çocuğumun uykusunu, beslenmesini ve okula zamanında gelmesini sağlarım.</w:t>
      </w:r>
    </w:p>
    <w:p>
      <w:pPr>
        <w:pStyle w:val="ListBullet"/>
      </w:pPr>
      <w:r>
        <w:rPr>
          <w:b w:val="0"/>
        </w:rPr>
        <w:t>Her gün kısa da olsa okulunu sorarım, birlikte kitap okurum.</w:t>
      </w:r>
    </w:p>
    <w:p>
      <w:pPr>
        <w:pStyle w:val="ListBullet"/>
      </w:pPr>
      <w:r>
        <w:rPr>
          <w:b w:val="0"/>
        </w:rPr>
        <w:t>Öğretmenle belirlenen kanallardan ve saatlerde iletişim kurarım.</w:t>
      </w:r>
    </w:p>
    <w:p>
      <w:pPr>
        <w:pStyle w:val="ListBullet"/>
      </w:pPr>
      <w:r>
        <w:rPr>
          <w:b w:val="0"/>
        </w:rPr>
        <w:t>Toplantılara katılır, çağrıldığımda okula gelirim.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Öğrenci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Sözleşmesi (Öğretmen – Öğrenci – Veli)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