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Süreç Değerlendirme Formu</w:t>
      </w:r>
    </w:p>
    <w:p>
      <w:pPr>
        <w:jc w:val="center"/>
      </w:pPr>
      <w:r>
        <w:rPr>
          <w:b/>
          <w:color w:val="4A5A64"/>
          <w:sz w:val="20"/>
        </w:rPr>
        <w:t>Ürün Dosyası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Dönem: </w:t>
            </w:r>
            <w:r>
              <w:rPr>
                <w:b w:val="0"/>
              </w:rPr>
              <w:t>☐ 1. dönem  ☐ 2. dönem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Dosyaya Seçilen Çalışmalar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76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Çalışma</w:t>
            </w:r>
          </w:p>
        </w:tc>
        <w:tc>
          <w:tcPr>
            <w:tcW w:type="dxa" w:w="315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Neden seçildi? (öğrenci)</w:t>
            </w:r>
          </w:p>
        </w:tc>
        <w:tc>
          <w:tcPr>
            <w:tcW w:type="dxa" w:w="276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Öğretmen notu</w:t>
            </w:r>
          </w:p>
        </w:tc>
      </w:tr>
      <w:tr>
        <w:tc>
          <w:tcPr>
            <w:tcW w:type="dxa" w:w="1184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184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184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184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184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2762"/>
          </w:tcPr>
          <w:p>
            <w:r/>
          </w:p>
        </w:tc>
      </w:tr>
      <w:tr>
        <w:tc>
          <w:tcPr>
            <w:tcW w:type="dxa" w:w="1184"/>
          </w:tcPr>
          <w:p>
            <w:r/>
          </w:p>
        </w:tc>
        <w:tc>
          <w:tcPr>
            <w:tcW w:type="dxa" w:w="2762"/>
          </w:tcPr>
          <w:p>
            <w:r/>
          </w:p>
        </w:tc>
        <w:tc>
          <w:tcPr>
            <w:tcW w:type="dxa" w:w="3157"/>
          </w:tcPr>
          <w:p>
            <w:r/>
          </w:p>
        </w:tc>
        <w:tc>
          <w:tcPr>
            <w:tcW w:type="dxa" w:w="276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Gelişim Çizgisi</w:t>
      </w:r>
    </w:p>
    <w:p>
      <w:r>
        <w:rPr>
          <w:b/>
          <w:color w:val="0A5650"/>
        </w:rPr>
        <w:t>Dönem başından sonuna en belirgin gelişme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Desteklenecek alan ve sonraki hedef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Öğrencinin Yorumu</w:t>
      </w:r>
    </w:p>
    <w:p>
      <w:r>
        <w:rPr>
          <w:b/>
          <w:color w:val="0A5650"/>
        </w:rPr>
        <w:t>En çok gurur duyduğum çalışmam ve nedeni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Velinin Yorumu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Öğrenci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Süreç Değerlendirme (Ürün Dosyası)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