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Teşekkür Belgesi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2026-2027 Eğitim-Öğretim Yılı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Sınıfımıza ve arkadaşlarına gösterdiği yardımseverlik, sorumluluk ve güzel davranışları için teşekkür ederiz.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7399"/>
              <w:gridCol w:w="7399"/>
            </w:tblGrid>
            <w:tr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Öğretmeni</w:t>
                  </w:r>
                </w:p>
              </w:tc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Okul Müdürü</w:t>
                  </w:r>
                </w:p>
              </w:tc>
            </w:tr>
          </w:tbl>
          <w:p/>
          <w:p/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Teşekkür Belgesi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