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Uyum Haftası Programı</w:t>
      </w:r>
    </w:p>
    <w:p>
      <w:pPr>
        <w:jc w:val="center"/>
      </w:pPr>
      <w:r>
        <w:rPr>
          <w:b/>
          <w:color w:val="4A5A64"/>
          <w:sz w:val="20"/>
        </w:rPr>
        <w:t>1. Sınıf · 7 Eylül 2026 – 11 Eylül 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/>
        </w:tc>
      </w:tr>
    </w:tbl>
    <w:p/>
    <w:p>
      <w:pPr>
        <w:spacing w:before="160"/>
      </w:pPr>
      <w:r>
        <w:rPr>
          <w:b/>
          <w:color w:val="0F766E"/>
          <w:sz w:val="25"/>
        </w:rPr>
        <w:t>Amaçlar</w:t>
      </w:r>
    </w:p>
    <w:p>
      <w:pPr>
        <w:pStyle w:val="ListBullet"/>
      </w:pPr>
      <w:r>
        <w:rPr>
          <w:b w:val="0"/>
        </w:rPr>
        <w:t>Çocuğun okulu, sınıfı ve öğretmenini güvenli bir yer olarak tanıması</w:t>
      </w:r>
    </w:p>
    <w:p>
      <w:pPr>
        <w:pStyle w:val="ListBullet"/>
      </w:pPr>
      <w:r>
        <w:rPr>
          <w:b w:val="0"/>
        </w:rPr>
        <w:t>Arkadaşlarıyla tanışması ve grup içinde bulunma deneyimi</w:t>
      </w:r>
    </w:p>
    <w:p>
      <w:pPr>
        <w:pStyle w:val="ListBullet"/>
      </w:pPr>
      <w:r>
        <w:rPr>
          <w:b w:val="0"/>
        </w:rPr>
        <w:t>Temel sınıf rutinlerini (zil, sıra, söz alma, beslenme, tuvalet) öğrenmesi</w:t>
      </w:r>
    </w:p>
    <w:p>
      <w:pPr>
        <w:pStyle w:val="ListBullet"/>
      </w:pPr>
      <w:r>
        <w:rPr>
          <w:b w:val="0"/>
        </w:rPr>
        <w:t>Kalem tutma ve küçük kas becerilerine oyunla başlaması</w:t>
      </w:r>
    </w:p>
    <w:p>
      <w:pPr>
        <w:spacing w:before="160"/>
      </w:pPr>
      <w:r>
        <w:rPr>
          <w:b/>
          <w:color w:val="0F766E"/>
          <w:sz w:val="25"/>
        </w:rPr>
        <w:t>Günlük Program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651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Etkinlikler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Pazartesi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7 Eylül 2026</w:t>
            </w:r>
          </w:p>
        </w:tc>
        <w:tc>
          <w:tcPr>
            <w:tcW w:type="dxa" w:w="6511"/>
          </w:tcPr>
          <w:p>
            <w:r/>
            <w:r>
              <w:rPr>
                <w:b w:val="0"/>
                <w:sz w:val="19"/>
              </w:rPr>
              <w:t>• Karşılama ve yaka kartı</w:t>
              <w:br/>
              <w:t>• Sınıfı ve okulu gezme (tuvalet, kantin, çıkış kapısı)</w:t>
              <w:br/>
              <w:t>• Tanışma çemberi: adım ve en sevdiğim şey</w:t>
              <w:br/>
              <w:t>• Serbest oyun ve boyama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Salı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8 Eylül 2026</w:t>
            </w:r>
          </w:p>
        </w:tc>
        <w:tc>
          <w:tcPr>
            <w:tcW w:type="dxa" w:w="6511"/>
          </w:tcPr>
          <w:p>
            <w:r/>
            <w:r>
              <w:rPr>
                <w:b w:val="0"/>
                <w:sz w:val="19"/>
              </w:rPr>
              <w:t>• İsim oyunu ve şarkı</w:t>
              <w:br/>
              <w:t>• Sınıf kurallarını birlikte bulma (resimli)</w:t>
              <w:br/>
              <w:t>• Kalem tutma, çizgi oyunları</w:t>
              <w:br/>
              <w:t>• Bahçede grup oyunu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Çarşamba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9 Eylül 2026</w:t>
            </w:r>
          </w:p>
        </w:tc>
        <w:tc>
          <w:tcPr>
            <w:tcW w:type="dxa" w:w="6511"/>
          </w:tcPr>
          <w:p>
            <w:r/>
            <w:r>
              <w:rPr>
                <w:b w:val="0"/>
                <w:sz w:val="19"/>
              </w:rPr>
              <w:t>• Hikâye dinleme ve anlatma</w:t>
              <w:br/>
              <w:t>• Kesme-yapıştırma etkinliği (küçük kas)</w:t>
              <w:br/>
              <w:t>• Sıra bekleme oyunları</w:t>
              <w:br/>
              <w:t>• Okul kuralları: zil, sıra, teneffüs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Perşembe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10 Eylül 2026</w:t>
            </w:r>
          </w:p>
        </w:tc>
        <w:tc>
          <w:tcPr>
            <w:tcW w:type="dxa" w:w="6511"/>
          </w:tcPr>
          <w:p>
            <w:r/>
            <w:r>
              <w:rPr>
                <w:b w:val="0"/>
                <w:sz w:val="19"/>
              </w:rPr>
              <w:t>• Ritim ve sayma oyunları</w:t>
              <w:br/>
              <w:t>• Arkadaşımın resmini çiziyorum</w:t>
              <w:br/>
              <w:t>• Beslenme saati alışkanlıkları</w:t>
              <w:br/>
              <w:t>• Sınıf panosuna el izi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Cuma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11 Eylül 2026</w:t>
            </w:r>
          </w:p>
        </w:tc>
        <w:tc>
          <w:tcPr>
            <w:tcW w:type="dxa" w:w="6511"/>
          </w:tcPr>
          <w:p>
            <w:r/>
            <w:r>
              <w:rPr>
                <w:b w:val="0"/>
                <w:sz w:val="19"/>
              </w:rPr>
              <w:t>• Haftayı hatırlama: en sevdiğim an</w:t>
              <w:br/>
              <w:t>• Drama: okula geliyorum</w:t>
              <w:br/>
              <w:t>• Küçük kutlama ve veliye mektup</w:t>
              <w:br/>
              <w:t>• Pazartesi için hazırlık sohbeti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Veliye Notlar</w:t>
      </w:r>
    </w:p>
    <w:p>
      <w:pPr>
        <w:pStyle w:val="ListBullet"/>
      </w:pPr>
      <w:r>
        <w:rPr>
          <w:b w:val="0"/>
        </w:rPr>
        <w:t>Uyum haftasında dersler kısa ve oyun ağırlıklıdır; okula geliş-gidiş saatleri okul idaresince duyurulur.</w:t>
      </w:r>
    </w:p>
    <w:p>
      <w:pPr>
        <w:pStyle w:val="ListBullet"/>
      </w:pPr>
      <w:r>
        <w:rPr>
          <w:b w:val="0"/>
        </w:rPr>
        <w:t>Vedalaşmayı kısa tutun; sınıfa girmeyin, kapıdan el sallayın.</w:t>
      </w:r>
    </w:p>
    <w:p>
      <w:pPr>
        <w:pStyle w:val="ListBullet"/>
      </w:pPr>
      <w:r>
        <w:rPr>
          <w:b w:val="0"/>
        </w:rPr>
        <w:t>Yanına küçük bir su matarası ve sağlıklı bir atıştırmalık koyun.</w:t>
      </w:r>
    </w:p>
    <w:p>
      <w:pPr>
        <w:pStyle w:val="ListBullet"/>
      </w:pPr>
      <w:r>
        <w:rPr>
          <w:b w:val="0"/>
        </w:rPr>
        <w:t>İlk günlerde yorgunluk ve huzursuzluk doğaldır; okulu olumlu cümlelerle anlatın.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Uyum Haftası Programı — 1.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