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Veli İletişim Bilgileri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liste yalnız sınıf öğretmeni tarafından ve eğitim-öğretim amacıyla kullanılır; üçüncü kişilerle paylaşılmaz, sınıf panosuna asılmaz (kişisel verilerin korunması).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49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1. Veli (ad – yakınlık – telefon)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2. Veli (ad – yakınlık – telefon)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Acil durumda aranacak kişi – telefon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(servis, teslim alan kişi)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1874"/>
          </w:tcPr>
          <w:p>
            <w:r/>
          </w:p>
        </w:tc>
        <w:tc>
          <w:tcPr>
            <w:tcW w:type="dxa" w:w="2072"/>
          </w:tcPr>
          <w:p>
            <w:r/>
          </w:p>
        </w:tc>
        <w:tc>
          <w:tcPr>
            <w:tcW w:type="dxa" w:w="1677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Veli İletişim Bilgileri Listesi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