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Veli Memnuniyet Anketi</w:t>
      </w:r>
    </w:p>
    <w:p>
      <w:pPr>
        <w:jc w:val="center"/>
      </w:pPr>
      <w:r>
        <w:rPr>
          <w:b/>
          <w:color w:val="4A5A64"/>
          <w:sz w:val="20"/>
        </w:rPr>
        <w:t>2026-2027 · Sınıf …… / 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Anket adsızdır. Görüşleriniz sınıfımızı birlikte iyileştirmek içindir. Her cümle için size uyan kutuyu işaretleyiniz.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130"/>
            <w:shd w:val="clear" w:color="auto" w:fill="E6F2F0"/>
          </w:tcPr>
          <w:p>
            <w:r/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Katılıyorum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Kararsızım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Katılmıyorum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Çocuğum okula ve sınıfına isteyerek geliyor.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Öğretmenle iletişim kurmak kolay.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Çocuğumun gelişimi hakkında yeterli bilgi alıyorum.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Ödevler çocuğumun düzeyine uygun.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Sınıfta çocuğuma adil ve saygılı davranılıyor.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Veli toplantıları yararlı geçiyor.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Sınıf iletişim grubu düzenli ve bilgilendirici.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Çocuğum okulda kendini güvende hissediyor.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Sınıfta yapılan etkinlikler çocuğumun ilgisini çekiyor.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Okulun ve sınıfın temizliği yeterli.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480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</w:tbl>
    <w:p/>
    <w:p>
      <w:r>
        <w:rPr>
          <w:b/>
          <w:color w:val="0A5650"/>
        </w:rPr>
        <w:t>Sınıfımızda en çok neyi beğeniyorsunuz?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Neyin değişmesini ya da eklenmesini istersiniz?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Veli Memnuniyet Anketi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