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Veli Toplantısı Davet Yazısı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>Sayın Velimiz,</w:t>
      </w:r>
    </w:p>
    <w:p>
      <w:r>
        <w:rPr>
          <w:b w:val="0"/>
        </w:rPr>
        <w:t>Çocuğunuzun eğitim-öğretim sürecini birlikte değerlendirmek, sınıfımızın işleyişi ve hedeflerimiz hakkında sizi bilgilendirmek amacıyla ………………………… veli toplantımızı yapacağız. Katılımınız çocuğunuz için çok değerlidir.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20……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Toplantı: </w:t>
            </w:r>
            <w:r>
              <w:rPr>
                <w:b w:val="0"/>
              </w:rPr>
              <w:t>☐ Sene başı  ☐ 1. dönem sonu  ☐ 2. dönem  ☐ Diğer</w:t>
            </w:r>
          </w:p>
        </w:tc>
      </w:tr>
    </w:tbl>
    <w:p/>
    <w:p>
      <w:r>
        <w:rPr>
          <w:b/>
          <w:color w:val="0A5650"/>
          <w:sz w:val="22"/>
        </w:rPr>
        <w:t>Gündem</w:t>
      </w:r>
    </w:p>
    <w:p>
      <w:pPr>
        <w:pStyle w:val="ListBullet"/>
      </w:pPr>
      <w:r>
        <w:rPr>
          <w:b w:val="0"/>
        </w:rPr>
        <w:t>Sınıf düzeni ve genel durum</w:t>
      </w:r>
    </w:p>
    <w:p>
      <w:pPr>
        <w:pStyle w:val="ListBullet"/>
      </w:pPr>
      <w:r>
        <w:rPr>
          <w:b w:val="0"/>
        </w:rPr>
        <w:t>Hedeflerimiz ve dersler</w:t>
      </w:r>
    </w:p>
    <w:p>
      <w:pPr>
        <w:pStyle w:val="ListBullet"/>
      </w:pPr>
      <w:r>
        <w:rPr>
          <w:b w:val="0"/>
        </w:rPr>
        <w:t>Ödev, okuma ve ekran süresi ilkeleri</w:t>
      </w:r>
    </w:p>
    <w:p>
      <w:pPr>
        <w:pStyle w:val="ListBullet"/>
      </w:pPr>
      <w:r>
        <w:rPr>
          <w:b w:val="0"/>
        </w:rPr>
        <w:t>Değerlendirme ve karne süreci</w:t>
      </w:r>
    </w:p>
    <w:p>
      <w:pPr>
        <w:pStyle w:val="ListBullet"/>
      </w:pPr>
      <w:r>
        <w:rPr>
          <w:b w:val="0"/>
        </w:rPr>
        <w:t>İletişim kuralları</w:t>
      </w:r>
    </w:p>
    <w:p>
      <w:pPr>
        <w:pStyle w:val="ListBullet"/>
      </w:pPr>
      <w:r>
        <w:rPr>
          <w:b w:val="0"/>
        </w:rPr>
        <w:t>Sınıf veli temsilcisi seçimi</w:t>
      </w:r>
    </w:p>
    <w:p>
      <w:pPr>
        <w:pStyle w:val="ListBullet"/>
      </w:pPr>
      <w:r>
        <w:rPr>
          <w:b w:val="0"/>
        </w:rPr>
        <w:t>Sorularınız ve önerileriniz</w:t>
      </w:r>
    </w:p>
    <w:p>
      <w:r>
        <w:rPr>
          <w:b w:val="0"/>
        </w:rPr>
        <w:t>Toplantıya katılamayacaksanız aşağıdaki bölümü doldurup çocuğunuzla göndermenizi rica ederiz; sizinle ayrıca görüşme planlayacağız.</w:t>
      </w:r>
    </w:p>
    <w:p>
      <w:r>
        <w:rPr>
          <w:b w:val="0"/>
        </w:rPr>
        <w:t>Saygılarımızla.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Katılım Bildirimi (kesip geri gönderiniz)</w:t>
              <w:br/>
            </w:r>
            <w:r>
              <w:rPr>
                <w:b w:val="0"/>
              </w:rPr>
              <w:t>Öğrencinin adı-soyadı: ………………………………………………………………</w:t>
              <w:br/>
              <w:t>Velinin adı-soyadı: ………………………………………………………………</w:t>
              <w:br/>
              <w:t>☐ Toplantıya katılacağım.     ☐ Katılamayacağım; bireysel görüşme için uygun gün/saat: …………………………</w:t>
              <w:br/>
              <w:t>İmza: …………………………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Veli Toplantısı Davet Yazısı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