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Veli Toplantısı Katılım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Öğrencinin Adı Soyadı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Velinin Adı Soyadı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Yakınlık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İmza</w:t>
            </w:r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/>
    <w:p>
      <w:r>
        <w:rPr>
          <w:b w:val="0"/>
        </w:rPr>
        <w:t>Toplantıya katılan veli sayısı: …………………………   Katılmayan: …………………………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Veli Toplantısı Katılım (İmza)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