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………………………… MÜDÜRLÜĞÜNE</w:t>
      </w:r>
    </w:p>
    <w:p>
      <w:r>
        <w:rPr>
          <w:b w:val="0"/>
        </w:rPr>
        <w:t>Okulunuzda sınıf öğretmeni olarak görev yapmaktayım. 2026-2027 eğitim-öğretim yılı yaz tatili süresince aşağıda belirttiğim adreste bulunacağım. Adres ve telefon bilgilerimde değişiklik olması hâlinde okulunuza bildireceğim.</w:t>
      </w:r>
    </w:p>
    <w:p>
      <w:r>
        <w:rPr>
          <w:b w:val="0"/>
        </w:rPr>
        <w:t>Bilgilerinizi ve gereğini arz ederim.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06 / 2027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İmza: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Adı Soyadı: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</w:tbl>
    <w:p/>
    <w:p>
      <w:pPr>
        <w:spacing w:before="160"/>
      </w:pPr>
      <w:r>
        <w:rPr>
          <w:b/>
          <w:color w:val="0F766E"/>
          <w:sz w:val="25"/>
        </w:rPr>
        <w:t>Tatil Adresi</w:t>
      </w:r>
    </w:p>
    <w:p>
      <w:r>
        <w:rPr>
          <w:b/>
          <w:color w:val="0A5650"/>
        </w:rPr>
        <w:t>Adres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Telefon: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E-posta: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Tatil başlangıç – bitiş: </w:t>
            </w:r>
            <w:r>
              <w:rPr>
                <w:b w:val="0"/>
              </w:rPr>
              <w:t>…… / …… – …… / ……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Yaz Tatili Adres Bildirimi Dilekçesi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