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1. Sınıf Hayat Bilgisi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144 (ders 138 + okul temelli planlama 6)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8, 16, 25, 34.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Öğretmen ve Arkadaşlar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HB.1.1.1: Öğretmeni ve arkadaşlarıyla tanışabilme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Arkadaşlarım Seti (6 yaprak)</w:t>
              <w:br/>
              <w:t>Ben ve Arkadaşlarım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Okul Ortamı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HB.1.1.2: Sınıf ve okul ortamını tanıyabilme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Okulumu Tanıyorum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Okul Ortamı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HB.1.1.2: Sınıf ve okul ortamını tanıyabilme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Okulumu Tanıyorum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Sınıf ve Okul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HB.1.1.3: Sınıf ve okul ortamında kurallara uygun davranabilme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Sınıf Kurallarımız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Sınıf ve Okul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HB.1.1.3: Sınıf ve okul ortamında kurallara uygun davranabilme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Sınıf Kurallarımız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Bireysel Özellikler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HB.1.1.4: Bireysel özelliklerini açıklayabilme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Duygularım Seti (6 yaprak)</w:t>
              <w:br/>
              <w:t>Vücudum ve Duyularım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Sağlıklı Büyüme ve Gelişme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HB.1.2.1: Sağlıklı büyüme ve gelişme için yapılması gerekenleri belirleyebilme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Sağlıklı Beslenme Seti (6 yaprak)</w:t>
              <w:br/>
              <w:t>Temizlik ve Uyku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Kişisel Alan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3+(1)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HB.1.2.2: Kişisel alan sınırlarını koruyabilme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Kişisel Alanım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Temel Trafik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HB.1.2.3: Temel trafik kurallarına uygun davranabilme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Trafikte Yayayım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Temel Trafik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HB.1.2.3: Temel trafik kurallarına uygun davranabilme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Yolda ve Araçta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Acil Durumlar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HB.1.2.4: Acil durumlarda yapılması gerekenleri belirleyebilme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Acil Durumlar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Acil Durumlar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HB.1.2.4: Acil durumlarda yapılması gerekenleri belirleyebilme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Acil Durumlar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 / Ailem ve Toplum</w:t>
              <w:br/>
              <w:t>Acil Durumlar / Ailenin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HB.1.2.4: Acil durumlarda yapılması gerekenleri belirleyebilme</w:t>
              <w:br/>
              <w:t>HB.1.3.1: Ailenin özelliklerini ifade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Ailem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Ailenin Özellikleri / Ailede Nezaket ve Görgü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HB.1.3.1: Ailenin özelliklerini ifade edebilme</w:t>
              <w:br/>
              <w:t>HB.1.3.2: Aile yaşamında nezaket ve görgü kurallarına uygun davranabilme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Aile Sofrası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Ailede Nezaket ve Görgü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HB.1.3.2: Aile yaşamında nezaket ve görgü kurallarına uygun davranabilme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Sihirli Sözcükler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Ailedeki Görev ve Sorumluluklar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3+(1)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HB.1.3.3: Aile bireylerinin görev ve sorumluluklarını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Evde Sorumluluklarım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Ailedeki Görev ve Sorumluluklar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HB.1.3.3: Aile bireylerinin görev ve sorumluluklarını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Yardımlaşma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 / Yaşadığım Yer ve Ülkem</w:t>
              <w:br/>
              <w:t>Ailedeki Görev ve Sorumluluklar / Yaşadığımız Yer ve Ülkemizin Genel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HB.1.3.3: Aile bireylerinin görev ve sorumluluklarını çözümleyebilme</w:t>
              <w:br/>
              <w:t>HB.1.4.1: Yaşadığı yerin ve ülkemizin genel özelliklerini açıklayabilme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1. Dönem Değerlendirmesi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Yaşadığımız Yer ve Ülkemizin Genel Özellikleri / Türk Bayrağı ve İstiklâl Marşı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HB.1.4.1: Yaşadığı yerin ve ülkemizin genel özelliklerini açıklayabilme</w:t>
              <w:br/>
              <w:t>HB.1.4.2: Türk bayrağı ve İstiklâl Marşı’nın önemini ifade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Türk Bayrağı ve İstiklâl Marşı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HB.1.4.2: Türk bayrağı ve İstiklâl Marşı’nın önemini ifade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Mustafa Kemal Atatürk’ün Hayatı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HB.1.4.3: Mustafa Kemal Atatürk’ün hayatıyla ilgili bilgileri ifade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Mustafa Kemal Atatürk’ün Hayatı / Millî Gün ve Bayramlar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HB.1.4.3: Mustafa Kemal Atatürk’ün hayatıyla ilgili bilgileri ifade edebilme</w:t>
              <w:br/>
              <w:t>HB.1.4.4: Millî gün ve bayramlarda yaşadığı duyguları ifade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Millî Gün ve Bayramlar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HB.1.4.4: Millî gün ve bayramlarda yaşadığı duyguları ifade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Dinî Gün ve Bayramlar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HB.1.4.5: Dinî gün ve bayramlarda yaşadığı duyguları ifade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Dinî Gün ve Bayramlar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HB.1.4.5: Dinî gün ve bayramlarda yaşadığı duyguları ifade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Doğayı Gözlemleme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HB.1.5.1: Yakın çevresinde bulunan doğadaki varlıkları gözlemleyebilme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Gök Cisimleri (Güneş, Dünya, Ay)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HB.1.5.2: Modeller üzerinden gök cisimlerini karşılaştırabilme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Afetler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HB.1.5.3: Afet türlerini tanıyabilme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Afetler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HB.1.5.3: Afet türlerini tanıyabilme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Geri Dönüşüm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HB.1.5.4: Geri dönüştürülebilen atıkları sınıflandırabilme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Geri Dönüşüm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HB.1.5.4: Geri dönüştürülebilen atıkları sınıflandırabilme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Bilim ile İlgili Merak Edilenler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HB.1.6.1: Bilimle ilgili merak ettiklerini sorabilme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Teknoloji ile İlgili Merak Edilenler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HB.1.6.2: Teknoloji ile ilgili merak ettiklerini sorabilme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Teknoloji ile İlgili Merak Edilenler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HB.1.6.2: Teknoloji ile ilgili merak ettiklerini sorabilme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Sanat ile İlgili Merak Edilenler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HB.1.6.3: Sanatla ilgili merak ettiklerini sorabilme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Sanat ile İlgili Merak Edilenler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HB.1.6.3: Sanatla ilgili merak ettiklerini sorabilme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1. Sınıf Hayat Bilgisi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