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Sınıf Matematik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180 (ders 172 + okul temelli planlama 8)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16, 25, 34.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Uzamsal İlişkiler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MAT.1.3.1: Hedefe ulaşmak için mesafeleri ve yönleri içeren yönergeleri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Yer, Yön &amp; Eşlik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Uzamsal İlişkiler / Eş Nesneler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MAT.1.3.1: Hedefe ulaşmak için mesafeleri ve yönleri içeren yönergeleri çözümleyebilme</w:t>
              <w:br/>
              <w:t>MAT.1.3.2: Nesnelerin eşliğini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Yer ve Yön · Uygulama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Eş Nesneler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MAT.1.3.2: Nesnelerin eşliğini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Eş Nesneler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Rakamlar ve Sayılar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MAT.1.1.1: Rakamları ve 20’ye kadar olan sayıları (20 dâhil), niceliklerin büyüklüklerini temsil etmek için kullanabilme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Sayılar 1–5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Rakamlar ve Sayılar / Sayıları Çözümleme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MAT.1.1.1: Rakamları ve 20’ye kadar olan sayıları (20 dâhil), niceliklerin büyüklüklerini temsil etmek için kullanabilme</w:t>
              <w:br/>
              <w:t>MAT.1.1.2: Ögeleri dağınık veya düzenli bir şekilde bulunan bir nesne grubunu sayarken parçalar arasında ilişkileri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Sayılar 1–5 · Uygulama Seti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Çözümleme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MAT.1.1.2: Ögeleri dağınık veya düzenli bir şekilde bulunan bir nesne grubunu sayarken parçalar arasında ilişkileri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Sayılar 1–5 · Oyun ve Materyal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Çözümleme / Sıra Sayıları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MAT.1.1.2: Ögeleri dağınık veya düzenli bir şekilde bulunan bir nesne grubunu sayarken parçalar arasında ilişkileri çözümleyebilme</w:t>
              <w:br/>
              <w:t>MAT.1.1.3: Nesnelerin sıra sayısını gösterebilme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Sayılar 6–10 Seti (12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Sıra Sayıları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MAT.1.1.3: Nesnelerin sıra sayısını gösterebilme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Sayılar 6–10 · Uygulama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Sıra Sayıları / Büyüklükleri Karşılaştırma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MAT.1.1.3: Nesnelerin sıra sayısını gösterebilme</w:t>
              <w:br/>
              <w:t>MAT.1.1.4: İki niceliğin büyüklüğünü “çok”, “daha çok”, “az”, “daha az” veya “eşit” terimleriyle karşılaştırabilme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Sayılar 11–20 Seti (12 yaprak)</w:t>
              <w:br/>
              <w:t>Sayılar 6–10 · Oyun ve Materyal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Büyüklükleri Karşılaştırma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MAT.1.1.4: İki niceliğin büyüklüğünü “çok”, “daha çok”, “az”, “daha az” veya “eşit” terimleriyle karşılaştırabilme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Sayılar 11–20 · Oyun ve Materyal Seti (7 yaprak)</w:t>
              <w:br/>
              <w:t>Sayılar 11–20 · Uygulama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Ritmik Sayma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MAT.1.1.5: 100’e kadar ileriye ve 20’den geriye doğru ritmik sayabilme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Örüntü &amp; Ritmik Sayma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Ritmik Sayma / Sayı ve Şekil Örüntüleri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MAT.1.1.5: 100’e kadar ileriye ve 20’den geriye doğru ritmik sayabilme</w:t>
              <w:br/>
              <w:t>MAT.1.1.6: Artan veya azalan sayı ve şekil örüntülerini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Örüntü &amp; Ritmik Sayma · Uygulama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 ve Şekil Örüntüleri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MAT.1.1.6: Artan veya azalan sayı ve şekil örüntülerini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Örüntü · Oyun ve Materyal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 ve Şekil Örüntüleri / Nesne Sayısını Tahmin Etme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MAT.1.1.6: Artan veya azalan sayı ve şekil örüntülerini çözümleyebilme</w:t>
              <w:br/>
              <w:t>MAT.1.1.7: Verilen bir çokluktaki ilişkilerden yararlanarak 20’ye kadar (20 dâhil) olan nesnelerin sayısını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Sayılar 1–20 · Genel Değerlendirme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 / Sayılar ve Nicelikler (2)</w:t>
              <w:br/>
              <w:t>Nesne Sayısını Tahmin Etme / Uzunluk ve Kütle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MAT.1.1.7: Verilen bir çokluktaki ilişkilerden yararlanarak 20’ye kadar (20 dâhil) olan nesnelerin sayısını tahmin edebilme</w:t>
              <w:br/>
              <w:t>MAT.1.1.8: Standart olmayan uygun ölçme araçları ile nesnelerin uzunluğunu ve tartacağı kütlenin ölçüm sonuçlarını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Uzunluk · Karşılaştırma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MAT.1.1.8: Standart olmayan uygun ölçme araçları ile nesnelerin uzunluğunu ve tartacağı kütlenin ölçüm sonuçlarını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Uzunluk · Birimle Ölçme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MAT.1.1.8: Standart olmayan uygun ölçme araçları ile nesnelerin uzunluğunu ve tartacağı kütlenin ölçüm sonuçlarını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Ölçme Seti — Uzunluk &amp; Kütle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MAT.1.1.8: Standart olmayan uygun ölçme araçları ile nesnelerin uzunluğunu ve tartacağı kütlenin ölçüm sonuçlarını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Kütle · Terazi ve Denge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 / İşlemlerden Cebirsel Düşünmeye</w:t>
              <w:br/>
              <w:t>Uzunluk ve Kütle Ölçme / Toplama ve Çıkarma İşlemlerini Çözümleme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MAT.1.1.8: Standart olmayan uygun ölçme araçları ile nesnelerin uzunluğunu ve tartacağı kütlenin ölçüm sonuçlarını tahmin edebilme</w:t>
              <w:br/>
              <w:t>MAT.1.2.1: Günlük yaşamın içerdiği toplama ve çıkarma işlemlerini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Toplamaya Hazırlık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 Çözümleme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MAT.1.2.1: Günlük yaşamın içerdiği toplama ve çıkarma işlemlerini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Toplama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 Çözümleme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MAT.1.2.1: Günlük yaşamın içerdiği toplama ve çıkarma işlemlerini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 Çözümleme / Toplama ve Çıkarma İşlemlerinin Sonuçlarını Tahmin Etme ve Zihinden İşlem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MAT.1.2.1: Günlük yaşamın içerdiği toplama ve çıkarma işlemlerini çözümleyebilme</w:t>
              <w:br/>
              <w:t>MAT.1.2.2: Toplama ve çıkarma işlemlerinin sonuçlarını tahminde bulunarak ve zihinden işlem yaparak muhakeme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MAT.1.2.2: Toplama ve çıkarma işlemlerinin sonuçlarını tahminde bulunarak ve zihinden işlem yaparak muhakeme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Çıkarma Seti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 / Toplama ve Çıkarma İşlemlerinde Eşitlik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MAT.1.2.2: Toplama ve çıkarma işlemlerinin sonuçlarını tahminde bulunarak ve zihinden işlem yaparak muhakeme edebilme</w:t>
              <w:br/>
              <w:t>MAT.1.2.3: Eşit işaretinin anlamını toplama ve çıkarma işlemi bağlamında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İşlemlerinde Eşitlik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MAT.1.2.3: Eşit işaretinin anlamını toplama ve çıkarma işlemi bağlamında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İşlemlerinde Eşitlik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MAT.1.2.3: Eşit işaretinin anlamını toplama ve çıkarma işlemi bağlamında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İşlemlerinde Eşitlik / Toplama ve Çıkarma İşlemlerinin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MAT.1.2.3: Eşit işaretinin anlamını toplama ve çıkarma işlemi bağlamında yorumlayabilme</w:t>
              <w:br/>
              <w:t>MAT.1.2.4: Toplama ve çıkarma işlemlerinin ilişkisini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Toplama–Çıkarma İlişkisi Seti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MAT.1.2.4: Toplama ve çıkarma işlemlerinin ilişkisini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MAT.1.2.4: Toplama ve çıkarma işlemlerinin ilişkisini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 / Sayılar ve Nicelikler (3)</w:t>
              <w:br/>
              <w:t>Toplama ve Çıkarma İşlemlerinin İlişkisi / Paralarımız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MAT.1.2.4: Toplama ve çıkarma işlemlerinin ilişkisini yorumlayabilme</w:t>
              <w:br/>
              <w:t>MAT.1.1.9: Paraların (1 TL, 5 TL, 10 TL, 20 TL, 50 TL, 100 TL ve 200 TL) temsil ettiği büyüklükleri tanıyabilme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Paralarımızı Tanıyalım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(3) / Nesnelerin Geometrisi (2)</w:t>
              <w:br/>
              <w:t>Paralarımız / Nesnelerin Biçimsel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MAT.1.1.9: Paraların (1 TL, 5 TL, 10 TL, 20 TL, 50 TL, 100 TL ve 200 TL) temsil ettiği büyüklükleri tanıyabilme</w:t>
              <w:br/>
              <w:t>MAT.1.3.3: Günlük yaşamdaki nesneleri biçimsel özelliklerine göre ayırt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Paralarımız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Nesnelerin Biçimsel Özellikleri / Geometrik Yapılardaki Geometrik Şekiller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MAT.1.3.3: Günlük yaşamdaki nesneleri biçimsel özelliklerine göre ayırt edebilme</w:t>
              <w:br/>
              <w:t>MAT.1.3.4: Günlük yaşamda karşılaşılan geometrik yapılardaki geometrik şekilleri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Geometrik Şekiller &amp; Cisimler Seti (9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Geometrik Yapılardaki Geometrik Şekiller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MAT.1.3.4: Günlük yaşamda karşılaşılan geometrik yapılardaki geometrik şekilleri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Geometrik Şekilleri Sınıflandırma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MAT.1.3.5: Biçimsel özelliklerine göre geometrik şekilleri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MAT.1.4.1: Kategorik veriye dayalı temel veri grubu ile çalışabilme ve veriye dayalı karar verebilme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Veri Seti — Çetele, Tablo, Grafik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MAT.1.4.1: Kategorik veriye dayalı temel veri grubu ile çalışabilme ve veriye dayalı karar verebilme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1. Sınıf Matematik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