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1. Sınıf Türkçe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360 (ders 344 + okul temelli planlama 16)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tema, konu, ders saati ve öğrenme çıktıları MEB'in 2026-2027 çerçeve yıllık planından (tymm.meb.gov.tr) alınmıştır. Yıllık ders saati tablodaki haftalık saatlerin toplamıdır: saat sütunundaki parantezli sayı okul temelli planlamaya ayrılan saattir. Okul temelli planlama haftaları: 8, 16, 25, 34. "Ders Pusulası seti" sütunu o hafta sitede hazır olan çalışma yaprağı setini gösterir.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Çıktıları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Seti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İlk Okuma Yazma Hazırlık Çalışmaları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İlk okuma yazmaya hazırlık (dinleme, ince motor, çizgi çalışmaları)</w:t>
              <w:br/>
              <w:t>T.D.1.2 · T.D.1.3 · T.Y.1.1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Çizgi Çalışmaları Fasikülü (10 yaprak)</w:t>
              <w:br/>
              <w:t>Kavram Hazırlığı Seti (12 yaprak)</w:t>
              <w:br/>
              <w:t>İnce Motor &amp; El Becerisi Seti (15 yaprak)</w:t>
              <w:br/>
              <w:t>Renk &amp; Şekil Seti (10 yaprak)</w:t>
              <w:br/>
              <w:t>Tanışma &amp; Sınıf Seti (12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Tema: Güzel Davranışlarımız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İlk okuma-yazma: "a" sesi</w:t>
              <w:br/>
              <w:t>T.D.1.1 · T.D.1.2 · T.D.1.3 · T.D.1.4 · T.K.1.2 · T.K.1.3 · T.O.1.1 · T.Y.1.1 · T.Y.1.2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“a” Sesi Seti (13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Tema: Güzel Davranışlarımız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İlk okuma-yazma: "n" sesi</w:t>
              <w:br/>
              <w:t>T.D.1.1 · T.D.1.2 · T.D.1.3 · T.D.1.4 · T.K.1.2 · T.K.1.3 · T.O.1.1 · T.Y.1.1 · T.Y.1.2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“n” Sesi Seti (16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Tema: Güzel Davranışlarımız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İlk okuma-yazma: "e" sesi</w:t>
              <w:br/>
              <w:t>T.D.1.1 · T.D.1.2 · T.D.1.3 · T.D.1.4 · T.K.1.2 · T.K.1.3 · T.O.1.1 · T.Y.1.1 · T.Y.1.2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“e” Sesi Seti (16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Tema: Güzel Davranışlarımız / 2. Tema: Mustafa Kemal'den Atatürk'e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İlk okuma-yazma: "t", "i" sesleri</w:t>
              <w:br/>
              <w:t>T.D.1.1 · T.D.1.2 · T.D.1.3 · T.D.1.4 · T.K.1.2 · T.K.1.3 · T.O.1.1 · T.Y.1.1 · T.Y.1.2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“i” Sesi Seti (16 yaprak)</w:t>
              <w:br/>
              <w:t>“t” Sesi Seti (16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Tema: Mustafa Kemal'den Atatürk'e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İlk okuma-yazma: "i" sesi</w:t>
              <w:br/>
              <w:t>T.D.1.1 · T.D.1.2 · T.D.1.3 · T.D.1.4 · T.K.1.2 · T.K.1.3 · T.O.1.1 · T.Y.1.1 · T.Y.1.2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“i” Sesi Seti (16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Tema: Mustafa Kemal'den Atatürk'e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İlk okuma-yazma: "l" sesi</w:t>
              <w:br/>
              <w:t>T.D.1.1 · T.D.1.2 · T.D.1.3 · T.D.1.4 · T.K.1.2 · T.K.1.3 · T.O.1.1 · T.Y.1.1 · T.Y.1.2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Cümle &amp; Metin Atölyesi 1 (20 yaprak)</w:t>
              <w:br/>
              <w:t>“l” Sesi Seti (16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Tema: Mustafa Kemal'den Atatürk'e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6+(4)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İlk okuma-yazma: "o" sesi</w:t>
              <w:br/>
              <w:t>T.D.1.1 · T.D.1.2 · T.D.1.3 · T.D.1.4 · T.K.1.2 · T.K.1.3 · T.O.1.1 · T.Y.1.1 · T.Y.1.2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“o” Sesi Seti (16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Tema: Mustafa Kemal'den Atatürk'e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İlk okuma-yazma: "k", "u" sesleri</w:t>
              <w:br/>
              <w:t>T.D.1.1 · T.D.1.2 · T.D.1.3 · T.D.1.4 · T.K.1.2 · T.K.1.3 · T.O.1.1 · T.Y.1.1 · T.Y.1.2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“k” Sesi Seti (16 yaprak)</w:t>
              <w:br/>
              <w:t>“u” Sesi Seti (16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Tema: Çevremizdeki Yaşam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İlk okuma-yazma: "r", "ı" sesleri</w:t>
              <w:br/>
              <w:t>T.D.1.1 · T.D.1.2 · T.D.1.3 · T.D.1.4 · T.K.1.2 · T.K.1.3 · T.O.1.1 · T.Y.1.1 · T.Y.1.2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“ı” Sesi Seti (16 yaprak)</w:t>
              <w:br/>
              <w:t>“r” Sesi Seti (16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Tema: Çevremizdeki Yaşam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İlk okuma-yazma: "m" sesi</w:t>
              <w:br/>
              <w:t>T.D.1.1 · T.D.1.2 · T.D.1.3 · T.D.1.4 · T.K.1.2 · T.K.1.3 · T.O.1.1 · T.Y.1.1 · T.Y.1.2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Cümle &amp; Metin Atölyesi 2 (22 yaprak)</w:t>
              <w:br/>
              <w:t>“m” Sesi Seti (16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Tema: Çevremizdeki Yaşam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İlk okuma-yazma: "ü", "s", "ö" sesleri</w:t>
              <w:br/>
              <w:t>T.D.1.1 · T.D.1.2 · T.D.1.3 · T.D.1.4 · T.K.1.2 · T.K.1.3 · T.O.1.1 · T.Y.1.1 · T.Y.1.2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“ö” Sesi Seti (16 yaprak)</w:t>
              <w:br/>
              <w:t>“s” Sesi Seti (16 yaprak)</w:t>
              <w:br/>
              <w:t>“ü” Sesi Seti (16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Tema: Çevremizdeki Yaşam / 4. Tema: Yol Arkadaşımız Kitaplar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İlk okuma-yazma: "y", "d", "z", "ç" sesleri</w:t>
              <w:br/>
              <w:t>T.D.1.1 · T.D.1.2 · T.D.1.3 · T.D.1.4 · T.K.1.2 · T.K.1.3 · T.O.1.1 · T.Y.1.1 · T.Y.1.2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“ç” Sesi Seti (16 yaprak)</w:t>
              <w:br/>
              <w:t>Cümle &amp; Metin Atölyesi 3 (24 yaprak)</w:t>
              <w:br/>
              <w:t>“d” Sesi Seti (16 yaprak)</w:t>
              <w:br/>
              <w:t>“y” Sesi Seti (16 yaprak)</w:t>
              <w:br/>
              <w:t>“z” Sesi Seti (16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Tema: Yol Arkadaşımız Kitaplar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İlk okuma-yazma: "ç", "b", "g" sesleri</w:t>
              <w:br/>
              <w:t>T.D.1.1 · T.D.1.2 · T.D.1.3 · T.D.1.4 · T.K.1.2 · T.K.1.3 · T.O.1.1 · T.Y.1.1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“ç” Sesi Seti (16 yaprak)</w:t>
              <w:br/>
              <w:t>“b” Sesi Seti (16 yaprak)</w:t>
              <w:br/>
              <w:t>“g” Sesi Seti (16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Tema: Yol Arkadaşımız Kitaplar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İlk okuma-yazma: "c", "ş" sesleri</w:t>
              <w:br/>
              <w:t>T.D.1.1 · T.D.1.2 · T.D.1.3 · T.D.1.4 · T.K.1.2 · T.K.1.3 · T.O.1.1 · T.Y.1.1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“c” Sesi Seti (16 yaprak)</w:t>
              <w:br/>
              <w:t>Cümle &amp; Metin Atölyesi 4 (26 yaprak)</w:t>
              <w:br/>
              <w:t>“ş” Sesi Seti (16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Tema: Yol Arkadaşımız Kitaplar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6+(4)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İlk okuma-yazma: "p", "h" sesleri</w:t>
              <w:br/>
              <w:t>T.D.1.1 · T.D.1.2 · T.D.1.3 · T.D.1.4 · T.K.1.2 · T.K.1.3 · T.O.1.1 · T.Y.1.1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“h” Sesi Seti (16 yaprak)</w:t>
              <w:br/>
              <w:t>“p” Sesi Seti (16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Tema: Yol Arkadaşımız Kitaplar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İlk okuma-yazma: "v", "ğ", "f", "j" sesleri</w:t>
              <w:br/>
              <w:t>T.D.1.1 · T.D.1.2 · T.D.1.3 · T.D.1.4 · T.K.1.2 · T.K.1.3 · T.O.1.1 · T.Y.1.1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Cümle &amp; Metin Atölyesi 5 (28 yaprak)</w:t>
              <w:br/>
              <w:t>“f” Sesi Seti (16 yaprak)</w:t>
              <w:br/>
              <w:t>“ğ” Sesi Seti (16 yaprak)</w:t>
              <w:br/>
              <w:t>“j” Sesi Seti (16 yaprak)</w:t>
              <w:br/>
              <w:t>“v” Sesi Seti (16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Pekiştirme Haftası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T.D.1.1 · T.D.1.2 · T.D.1.3 · T.D.1.4 · T.K.1.2 · T.K.1.3 · T.O.1.1 · T.Y.1.1 · T.Y.1.2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Okuma Köşemiz Seti (10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Hatırlatma Haftası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T.D.1.1 · T.D.1.2 · T.D.1.3 · T.D.1.4 · T.K.1.2 · T.K.1.3 · T.O.1.1 · T.Y.1.1 · T.Y.1.2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Yeniden Okuldayım Seti (10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Tema: Yeteneklerimizi Keşfediyoruz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T.D.1.1 · T.D.1.3 · T.K.1.1 · T.K.1.2 · T.K.1.3 · T.O.1.1 · T.O.1.2 · T.O.1.3 · T.Y.1.1 · T.Y.1.2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Oyun Zamanı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Tema: Yeteneklerimizi Keşfediyoruz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T.D.1.1 · T.D.1.3 · T.K.1.1 · T.K.1.2 · T.K.1.3 · T.O.1.1 · T.O.1.2 · T.O.1.3 · T.Y.1.1 · T.Y.1.2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Hayal Kuruyorum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Tema: Yeteneklerimizi Keşfediyoruz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T.D.1.1 · T.D.1.3 · T.K.1.1 · T.K.1.2 · T.K.1.3 · T.O.1.1 · T.O.1.2 · T.O.1.3 · T.Y.1.1 · T.Y.1.2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Perdede Gölgeler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Tema: Yeteneklerimizi Keşfediyoruz / 6. Tema: Minik Kâşifler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T.D.1.1 · T.D.1.2 · T.D.1.3 · T.K.1.1 · T.K.1.2 · T.K.1.3 · T.O.1.1 · T.O.1.2 · T.O.1.3 · T.Y.1.1 · T.Y.1.2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Yetenek Günü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Tema: Minik Kâşifler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T.D.1.1 · T.D.1.2 · T.D.1.3 · T.K.1.1 · T.K.1.2 · T.K.1.3 · T.O.1.1 · T.O.1.2 · T.O.1.3 · T.Y.1.1 · T.Y.1.2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Gökkuşağı Nasıl Oluşur?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Tema: Minik Kâşifler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6+(4)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T.D.1.1 · T.D.1.2 · T.D.1.3 · T.K.1.1 · T.K.1.2 · T.K.1.3 · T.O.1.1 · T.O.1.2 · T.O.1.3 · T.Y.1.1 · T.Y.1.2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Fasulye Deneyi Seti (10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Tema: Minik Kâşifler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T.D.1.1 · T.D.1.2 · T.D.1.3 · T.K.1.1 · T.K.1.2 · T.K.1.3 · T.O.1.1 · T.O.1.2 · T.O.1.3 · T.Y.1.1 · T.Y.1.2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Ekran Saati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Tema: Minik Kâşifler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T.D.1.1 · T.D.1.2 · T.D.1.3 · T.K.1.1 · T.K.1.2 · T.K.1.3 · T.O.1.1 · T.O.1.2 · T.O.1.3 · T.Y.1.1 · T.Y.1.2 · T.Y.1.3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Gökyüzü Kâşifleri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Tema: Atalarımızın İzleri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T.D.1.1 · T.D.1.2 · T.D.1.3 · T.D.1.4 · T.K.1.1 · T.K.1.2 · T.K.1.3 · T.K.1.4 · T.O.1.1 · T.O.1.2 · T.O.1.3 · T.O.1.4 · T.O.1.5 · T.Y.1.1 · T.Y.1.2 · T.Y.1.3 · T.Y.1.4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23 Nisan Seti (10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Tema: Atalarımızın İzleri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T.D.1.1 · T.D.1.2 · T.D.1.3 · T.D.1.4 · T.K.1.1 · T.K.1.2 · T.K.1.3 · T.K.1.4 · T.O.1.1 · T.O.1.2 · T.O.1.3 · T.O.1.4 · T.O.1.5 · T.Y.1.1 · T.Y.1.2 · T.Y.1.3 · T.Y.1.4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Babaannemin Sandığı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Tema: Atalarımızın İzleri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T.D.1.1 · T.D.1.2 · T.D.1.3 · T.D.1.4 · T.K.1.1 · T.K.1.2 · T.K.1.3 · T.K.1.4 · T.O.1.1 · T.O.1.2 · T.O.1.3 · T.O.1.4 · T.O.1.5 · T.Y.1.1 · T.Y.1.2 · T.Y.1.3 · T.Y.1.4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Okuma Akıcılığı Seti (16 yaprak)</w:t>
              <w:br/>
              <w:t>Kale Gezisi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Tema: Atalarımızın İzleri / 8. Tema: Sorumluluklarımızın Farkındayız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T.D.1.1 · T.D.1.2 · T.D.1.3 · T.D.1.4 · T.K.1.1 · T.K.1.2 · T.K.1.3 · T.K.1.4 · T.O.1.1 · T.O.1.2 · T.O.1.3 · T.O.1.4 · T.O.1.5 · T.Y.1.1 · T.Y.1.2 · T.Y.1.3 · T.Y.1.4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Okuma Akıcılığı Seti (16 yaprak)</w:t>
              <w:br/>
              <w:t>Bayrak Töreni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Tema: Sorumluluklarımızın Farkındayız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T.D.1.1 · T.D.1.2 · T.D.1.3 · T.D.1.4 · T.K.1.1 · T.K.1.2 · T.K.1.3 · T.K.1.4 · T.O.1.1 · T.O.1.2 · T.O.1.3 · T.O.1.4 · T.O.1.5 · T.Y.1.1 · T.Y.1.2 · T.Y.1.3 · T.Y.1.4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Haklarımız Seti (10 yaprak)</w:t>
              <w:br/>
              <w:t>Okuduğunu Anlama Seti (16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Tema: Sorumluluklarımızın Farkındayız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T.D.1.1 · T.D.1.2 · T.D.1.3 · T.D.1.4 · T.K.1.1 · T.K.1.2 · T.K.1.3 · T.K.1.4 · T.O.1.1 · T.O.1.2 · T.O.1.3 · T.O.1.4 · T.O.1.5 · T.Y.1.1 · T.Y.1.2 · T.Y.1.3 · T.Y.1.4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Okuduğunu Anlama Seti (16 yaprak)</w:t>
              <w:br/>
              <w:t>Sıra Bende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Tema: Sorumluluklarımızın Farkındayız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6+(4)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T.D.1.1 · T.D.1.2 · T.D.1.3 · T.D.1.4 · T.K.1.1 · T.K.1.2 · T.K.1.3 · T.K.1.4 · T.O.1.1 · T.O.1.2 · T.O.1.3 · T.O.1.4 · T.O.1.5 · T.Y.1.1 · T.Y.1.2 · T.Y.1.3 · T.Y.1.4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Sınıf Meclisi Seti (10 yaprak)</w:t>
              <w:br/>
              <w:t>Yazım &amp; Noktalama Seti (16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Tema: Sorumluluklarımızın Farkındayız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T.D.1.1 · T.D.1.2 · T.D.1.3 · T.D.1.4 · T.K.1.1 · T.K.1.2 · T.K.1.3 · T.K.1.4 · T.O.1.1 · T.O.1.2 · T.O.1.3 · T.O.1.4 · T.O.1.5 · T.Y.1.1 · T.Y.1.2 · T.Y.1.3 · T.Y.1.4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Yazım &amp; Noktalama Seti (16 yaprak)</w:t>
              <w:br/>
              <w:t>Bana Ait Olanlar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Pekiştirme Haftası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T.D.1.1 · T.D.1.2 · T.D.1.3 · T.D.1.4 · T.K.1.1 · T.K.1.2 · T.K.1.3 · T.K.1.4 · T.O.1.1 · T.O.1.2 · T.O.1.3 · T.O.1.4 · T.O.1.5 · T.Y.1.1 · T.Y.1.2 · T.Y.1.3 · T.Y.1.4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Bir Yıl Geçti Seti (10 yaprak)</w:t>
              <w:br/>
              <w:t>Varlıkların Adları &amp; Yıl Sonu (16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Pekiştirme Haftası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Varlıkların Adları &amp; Yıl Sonu (16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 Haziran Cuma karne · Sosyal Etkinlik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1. Sınıf Türkçe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