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2. Sınıf Matematik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180 (ders 172 + okul temelli planlama 8)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16, 25, 34.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Cisimler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MAT.2.3.1: Günlük yaşamda kullanılan nesneleri biçimsel özelliklerine göre geometrik cisim olarak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Geometrik Cisimleri Sınıflandırma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Cisim Modelleri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MAT.2.3.2: Geometrik cisim modellerini kullanarak yapılar sentezleyebilme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Geometrik Cisimlerle Yapılar Seti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Şekil Modelleri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MAT.2.3.3: Geometrik şekiller kullanarak modeller sentezleyebilme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Geometrik Şekillerle Modeller Seti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Şekil ve Cisimlerin Biçimsel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MAT.2.3.4: Geometrik cisim ve şekillerin yön, konum veya büyüklükleri değiştiğinde biçimsel özelliklerinin değişmediğini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Yön, Konum ve Büyüklük Seti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Sıvı Miktarını Tahmin Etme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MAT.2.3.5: Standart olmayan sıvı ölçme araçları ile sıvı miktarını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Sıvı Ölçme ve Tahmin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MAT.2.1.1: 100’e kadar olan niceliklerin büyüklüklerini temsil etmede sayıların sembolik temsillerinden yararlanabilme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100'e Kadar Sayılar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 / Sayıları Çözümleme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MAT.2.1.1: 100’e kadar olan niceliklerin büyüklüklerini temsil etmede sayıların sembolik temsillerinden yararlanabilme</w:t>
              <w:br/>
              <w:t>MAT.2.1.2: İki basamaklı sayıları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Basamak ve Basamak Değeri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Çözümleme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MAT.2.1.2: İki basamaklı sayıları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Basamaklar Arasındaki İlişki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Sıralama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MAT.2.1.3: Sayıların sırasını belirleyebilme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Sayıları Sıralama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Sıralama / Ritmik Sayma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MAT.2.1.3: Sayıların sırasını belirleyebilme</w:t>
              <w:br/>
              <w:t>MAT.2.1.4: İleriye ve geriye doğru ritmik sayabilme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Komşu Sayılar ve Ritmik Sayma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Ritmik Sayma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MAT.2.1.4: İleriye ve geriye doğru ritmik sayabilme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Üçer, Dörder ve Geriye Sayma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 ve Şekil Örüntüleri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MAT.2.1.5: Sayı ve sayı temsiline dönüşen şekil örüntülerine dayalı çıkarım yapabilme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Şekil ve Sayı Örüntüleri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 ve Şekil Örüntüleri / Nesne Sayısını Tahmin Etme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MAT.2.1.5: Sayı ve sayı temsiline dönüşen şekil örüntülerine dayalı çıkarım yapabilme</w:t>
              <w:br/>
              <w:t>MAT.2.1.6: Bir çokluktaki ilişkilerden yararlanarak 50’ye kadar olan nesnelerin sayısını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Nesne Sayısını Tahmin Seti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 / İşlemlerden Cebirsel Düşünmeye</w:t>
              <w:br/>
              <w:t>Sayılar / Toplama ve Çıkarma İşlemleriyle İlgili Problemler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MAT.2.1.6: Bir çokluktaki ilişkilerden yararlanarak 50’ye kadar olan nesnelerin sayısını tahmin edebilme</w:t>
              <w:br/>
              <w:t>MAT.2.2.1: Toplama ve çıkarma işlemleri gerektiren günlük yaşam problemlerini çözebilme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Problemi Anlıyorum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İşlemleriyle İlgili Problemler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MAT.2.2.1: Toplama ve çıkarma işlemleri gerektiren günlük yaşam problemlerini çözebilme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Toplama Problemleri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İşlemleriyle İlgili Problemler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MAT.2.2.1: Toplama ve çıkarma işlemleri gerektiren günlük yaşam problemlerini çözebilme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Çıkarma Problemleri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MAT.2.2.2: Toplama ve çıkarma işlemlerinin sonuçlarını tahminde bulunarak ve zihinden işlem yaparak muhakeme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Zihinden İşlem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MAT.2.2.2: Toplama ve çıkarma işlemlerinin sonuçlarını tahminde bulunarak ve zihinden işlem yaparak muhakeme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Tahmin ve Dönem Kapanışı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MAT.2.2.3: Toplama ve çıkarma işlemlerinin ilişkisini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İlişkisi / Çarpma ve Bölme İşlemleri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MAT.2.2.3: Toplama ve çıkarma işlemlerinin ilişkisini yorumlayabilme</w:t>
              <w:br/>
              <w:t>MAT.2.2.4: Çarpma ve bölme işlemlerini toplama ve çıkarma işlemlerine dayalı olarak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Çarpma ve Bölme İşlemleri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MAT.2.2.4: Çarpma ve bölme işlemlerini toplama ve çıkarma işlemlerine dayalı olarak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Çarpma ve Bölme İşlemlerinin Sonuçlarını Tahmin Etme ve Zihinden İşlem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MAT.2.2.5: Çarpma ve bölme işlemlerinin sonuçlarını tahminde bulunarak ve zihinden işlem yaparak muhakeme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Çarpma ve Bölme İşlemlerinin Sonuçlarını Tahmin Etme ve Zihinden İşlem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MAT.2.2.5: Çarpma ve bölme işlemlerinin sonuçlarını tahminde bulunarak ve zihinden işlem yaparak muhakeme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İşlemde Eşitlik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MAT.2.2.6: Dört işlem bağlamında eşitliğin farklı anlamlarını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İşlemde Eşitlik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MAT.2.2.6: Dört işlem bağlamında eşitliğin farklı anlamlarını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 / Sayılar ve Nicelikler (2)</w:t>
              <w:br/>
              <w:t>Dört İşlemde Eşitlik / Kesirler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MAT.2.2.6: Dört işlem bağlamında eşitliğin farklı anlamlarını yorumlayabilme</w:t>
              <w:br/>
              <w:t>MAT.2.1.7: Bütün, yarım ve çeyrek arasındaki ilişkiyi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Kesirler / Paralarımız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MAT.2.1.7: Bütün, yarım ve çeyrek arasındaki ilişkiyi çözümleyebilme</w:t>
              <w:br/>
              <w:t>MAT.2.1.8: Paraları değerlerine göre ilişkilendirerek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Paralarımız / Zaman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MAT.2.1.8: Paraları değerlerine göre ilişkilendirerek çözümleyebilme</w:t>
              <w:br/>
              <w:t>MAT.2.1.9: Zaman ölçü birimlerini okuyabilme ve yazabilme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Zaman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MAT.2.1.9: Zaman ölçü birimlerini okuyabilme ve yazabilme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Ölçme Araç ve Birimleri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MAT.2.1.10: Standart uzunluk ve kütle ölçme araçlarının ve birimlerinin gerekliliğini yansıtabilme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Ölçmede Tahmin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MAT.2.1.11: Standart uzunluk ve kütle ölçü birimleri cinsinden uzunlukları ve kütleleri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 / Nesnelerin Geometrisi (2)</w:t>
              <w:br/>
              <w:t>Uzunluk ve Kütle Ölçmede Tahmin / Yer ve Yön Bulma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MAT.2.1.11: Standart uzunluk ve kütle ölçü birimleri cinsinden uzunlukları ve kütleleri tahmin edebilme</w:t>
              <w:br/>
              <w:t>MAT.2.3.6: Mesafe ve yönleri içerecek şekilde hedefe ulaşmak için uygun stratejilere karar verebilme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Yer ve Yön Bulma / Simetri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MAT.2.3.6: Mesafe ve yönleri içerecek şekilde hedefe ulaşmak için uygun stratejilere karar verebilme</w:t>
              <w:br/>
              <w:t>MAT.2.3.7: Verilen şekiller arasından simetrik olanları ayırt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Simetri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MAT.2.3.7: Verilen şekiller arasından simetrik olanları ayırt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MAT.2.4.1: Kategorik veriye dayalı en çok iki veri grubu ile çalışabilme ve veriye dayalı karar verebilme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MAT.2.4.1: Kategorik veriye dayalı en çok iki veri grubu ile çalışabilme ve veriye dayalı karar verebilme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2. Sınıf Matematik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