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3. Sınıf Beden Eğitimi ve Oyun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 Beden Eğitimi ve Oyun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180 (ders 172 + okul temelli planlama 8)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7, 25.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Adil Oyun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BEO.3.1.1: İş birlikli oyunlarda adil oyun anlayışına uygun davranabilme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Adil Oyun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BEO.3.1.1: İş birlikli oyunlarda adil oyun anlayışına uygun davranabilme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Birleştirilmiş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BEO.3.1.2: İş birlikli oyunlarda birleştirilmiş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Birleştirilmiş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BEO.3.1.2: İş birlikli oyunlarda birleştirilmiş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BEO.3.1.3: İş birlikli oyunlarda taktik ve strateji geliştirebilme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BEO.3.1.3: İş birlikli oyunlarda taktik ve strateji geliştirebilme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2+(3)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BEO.3.1.3: İş birlikli oyunlarda taktik ve strateji geliştirebilme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 · 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Oyunlarda Birleştirilmiş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BEO.3.2.1: Oyunlarda birleştirilmiş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Oyunlarda Birleştirilmiş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BEO.3.2.1: Oyunlarda birleştirilmiş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Oyunlarda Birleştirilmiş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BEO.3.2.1: Oyunlarda birleştirilmiş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 Kurallarını Yeniden Belirleme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BEO.3.2.2: Oyunun kurallarını yeniden belirleyebilme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 Kurallarını Yeniden Belirleme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BEO.3.2.2: Oyunun kurallarını yeniden belirleyebilme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 Kurallarını Yeniden Belirleme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BEO.3.2.2: Oyunun kurallarını yeniden belirleyebilme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Farklı Tempodaki Müziğe Uygun Hareket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BEO.3.3.1: Farklı tempodaki müziğe uygun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Farklı Tempodaki Müziğe Uygun Hareket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BEO.3.3.1: Farklı tempodaki müziğe uygun hareket edebilme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Eşle veya Grupla Ritmik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BEO.3.3.2: Eşle veya grupla ritmik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Eşle veya Grupla Ritmik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BEO.3.3.2: Eşle veya grupla ritmik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Eşle veya Grupla Ritmik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BEO.3.3.2: Eşle veya grupla ritmik hareket edebilme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Sırasında Vücudunda Meydana Gelen Değişimler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BEO.3.4.1: Fiziksel Aktivite sırasında vücudunda meydana gelen değişimleri sorgulayabilme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Sırasında Vücudunda Meydana Gelen Değişimler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BEO.3.4.1: Fiziksel Aktivite sırasında vücudunda meydana gelen değişimleri sorgulayabilme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Sırasında Vücudunda Meydana Gelen Değişimler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BEO.3.4.1: Fiziksel Aktivite sırasında vücudunda meydana gelen değişimleri sorgulayabilme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Sırasında Vücudunda Meydana Gelen Değişimler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BEO.3.4.1: Fiziksel Aktivite sırasında vücudunda meydana gelen değişimleri sorgulayabilme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Hareketsizliğin Sonuçları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BEO.3.4.2: Fiziksel hareketsizliğin sonuçlarını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Hareketsizliğin Sonuçları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BEO.3.4.2: Fiziksel hareketsizliğin sonuçlarını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(5)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Fiziksel Aktivite Çevreleri Belirleme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BEO.3.5.1: Fiziksel aktiviteye katılabileceği farklı çevreleri belirleyebilme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Farklı Çevre Koşullarında Fiziksel Aktivite Katılım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BEO.3.5.1: Fiziksel aktiviteye katılabileceği farklı çevreleri belirleyebilme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Farklı Çevre Koşullarında Fiziksel Aktivite Katılım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BEO.3.5.2: Farklı çevre koşullarında fiziksel aktiviteye katılabilme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Farklı Çevre Koşullarında Fiziksel Aktivite Katılım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BEO.3.5.2: Farklı çevre koşullarında fiziksel aktiviteye katılabilme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Farklı Çevre Koşullarında Fiziksel Aktivite Katılım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BEO.3.5.2: Farklı çevre koşullarında fiziksel aktiviteye katılabilme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Geleneksel Çocuk Oyunları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BEO.3.6.1: Geleneksel çocuk oyunlarında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Geleneksel Çocuk Oyunları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BEO.3.6.1: Geleneksel çocuk oyunlarında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Başarılı Türk Sporcular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BEO.3.6.2: Başarılı Türk sporcuları tanıyabilme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Başarılı Türk Sporcular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BEO.3.6.2: Başarılı Türk sporcuları tanıyabilme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Mustafa Kemal Atatürk’ün İlgilendiği Sporlar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BEO.3.6.3: Mustafa Kemal Atatürk’ün ilgilendiği sporları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Mustafa Kemal Atatürk’ün İlgilendiği Sporlar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BEO.3.6.3: Mustafa Kemal Atatürk’ün ilgilendiği sporları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Birikimlerimiz ve Geleneksel Oyunlar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Sosyal Etkinlik Haftası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3. Sınıf Beden Eğitimi ve Oyun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