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Fen Bilimleri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108 (ders 102 + okul temelli planlama 6)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ünite,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7, 15, 25, 34.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Ünite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Bilimsel Keşif Yolculuğu</w:t>
              <w:br/>
              <w:t>Bilimsel Bilgiye Ulaşma Yolları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FB.3.1.1: Bilimsel bilgiye ulaşma yollarını sorgulayabilme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Bilimsel Bilgiye Ulaşma Yolları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Bilimsel Keşif Yolculuğu</w:t>
              <w:br/>
              <w:t>Bilimsel Bilgiye Ulaşma Yolları / Bilim İnsanlarının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FB.3.1.1: Bilimsel bilgiye ulaşma yollarını sorgulayabilme</w:t>
              <w:br/>
              <w:t>FB.3.1.2: Bilim insanlarının özelliklerini genelleyebilme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Bilimsel Bilgiye Ulaşma Yolları Seti (7 yaprak)</w:t>
              <w:br/>
              <w:t>Bilim İnsanlarının Özellikleri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Bilimsel Keşif Yolculuğu</w:t>
              <w:br/>
              <w:t>Bilim İnsanlarının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FB.3.1.2: Bilim insanlarının özelliklerini genelleyebilme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Bilim İnsanlarının Özellikleri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Canlıların Sınıflandırılması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FB.3.2.1: Canlıları; mikroskopla görülebilen canlılar, mantarlar, bitkiler ve hayvanlar olarak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Canlıların Sınıflandırılması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Canlıların Sınıflandırılması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FB.3.2.1: Canlıları; mikroskopla görülebilen canlılar, mantarlar, bitkiler ve hayvanlar olarak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Canlıların Sınıflandırılması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Duyu Organlarının İşlevleri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FB.3.2.2: Canlıların çevrelerini farklı yollarla algılamaları konusunda bilimsel çıkarım yapabilme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Duyu Organlarının İşlevleri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Duyu Organlarının İşlevleri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FB.3.2.2: Canlıların çevrelerini farklı yollarla algılamaları konusunda bilimsel çıkarım yapabilme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Duyu Organlarının İşlevleri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</w:t>
              <w:br/>
              <w:t>Duyu Organlarının İşlevleri / Canlıların Yaşam Döngüleri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FB.3.2.2: Canlıların çevrelerini farklı yollarla algılamaları konusunda bilimsel çıkarım yapabilme</w:t>
              <w:br/>
              <w:t>FB.3.2.3: Canlıların yaşam döngülerini açıklamada tümevarımsal akıl yürütebilme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Duyu Organlarının İşlevleri Seti (8 yaprak)</w:t>
              <w:br/>
              <w:t>Canlıların Yaşam Döngüleri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Canlılar Dünyasına Yolculuk / 3. Ünite: Yer Bilimciler İş Başında</w:t>
              <w:br/>
              <w:t>Canlıların Yaşam Döngüleri / Kayaçlar, Madenler ve Mineraller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FB.3.2.3: Canlıların yaşam döngülerini açıklamada tümevarımsal akıl yürütebilme</w:t>
              <w:br/>
              <w:t>FB.3.3.1: Kayaçlar, madenler ve mineraller ile ilgili tümdengelimsel akıl yürütebilme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Canlıların Yaşam Döngüleri Seti (7 yaprak)</w:t>
              <w:br/>
              <w:t>Kayaçlar, Madenler ve Mineraller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</w:t>
              <w:br/>
              <w:t>Kayaçlar, Madenler ve Mineraller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FB.3.3.1: Kayaçlar, madenler ve mineraller ile ilgili tümdengelimsel akıl yürütebilme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Kayaçlar, Madenler ve Mineraller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</w:t>
              <w:br/>
              <w:t>Kayaçlar, Madenler ve Mineraller / Fosil Oluşumu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FB.3.3.1: Kayaçlar, madenler ve mineraller ile ilgili tümdengelimsel akıl yürütebilme</w:t>
              <w:br/>
              <w:t>FB.3.3.2: Fosil oluşumu ile ilgili bilgileri sentezleyebilme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Kayaçlar, Madenler ve Mineraller Seti (7 yaprak)</w:t>
              <w:br/>
              <w:t>Fosil Oluşumu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</w:t>
              <w:br/>
              <w:t>Fosil Oluşumu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FB.3.3.2: Fosil oluşumu ile ilgili bilgileri sentezleyebilme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Fosil Oluşumu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 / 4. Ünite: Maddeyi Tanıyalım, Karıştırıp Ayıralım</w:t>
              <w:br/>
              <w:t>Fosil Oluşumu / Maddenin Katı, Sıvı ve Gaz Hâli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FB.3.3.2: Fosil oluşumu ile ilgili bilgileri sentezleyebilme</w:t>
              <w:br/>
              <w:t>FB.3.4.1: Çevresindeki maddeleri hâllerine göre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Fosil Oluşumu Seti (8 yaprak)</w:t>
              <w:br/>
              <w:t>Maddenin Katı, Sıvı ve Gaz Hâli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Maddenin Katı, Sıvı ve Gaz Hâli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FB.3.4.1: Çevresindeki maddeleri hâllerine göre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Maddenin Katı, Sıvı ve Gaz Hâli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Maddenin Katı, Sıvı ve Gaz Hâli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FB.3.4.1: Çevresindeki maddeleri hâllerine göre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Maddenin Katı, Sıvı ve Gaz Hâli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Maddenin Katı, Sıvı ve Gaz Hâli / Karışımlar ve Karışımların Ayrılması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FB.3.4.1: Çevresindeki maddeleri hâllerine göre sınıflandırabilme</w:t>
              <w:br/>
              <w:t>FB.3.4.2: Günlük yaşamda karşılaştığı karışımların ayrılmasında kullanılabilecek uygun yöntemleri kullanarak deney yapabilme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Maddenin Katı, Sıvı ve Gaz Hâli Seti (8 yaprak)</w:t>
              <w:br/>
              <w:t>Karışımlar ve Karışımların Ayrılması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Karışımlar ve Karışımların Ayrılması / Atıkların Ayrıştırılması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FB.3.4.2: Günlük yaşamda karşılaştığı karışımların ayrılmasında kullanılabilecek uygun yöntemleri kullanarak deney yapabilme</w:t>
              <w:br/>
              <w:t>FB.3.4.3: Atıkların ayrıştırılmasına ilişkin problem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Karışımlar ve Karışımların Ayrılması Seti (7 yaprak)</w:t>
              <w:br/>
              <w:t>Atıkların Ayrıştırılması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Atıkların Ayrıştırılması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FB.3.4.3: Atıkların ayrıştırılmasına ilişkin problem çözebilme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Atıkların Ayrıştırılması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 / 5. Ünite: Hareketi Keşfediyorum</w:t>
              <w:br/>
              <w:t>Atıkların Ayrıştırılması / Varlıkların Hareketleri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FB.3.4.3: Atıkların ayrıştırılmasına ilişkin problem çözebilme</w:t>
              <w:br/>
              <w:t>FB.3.5.1: Varlıkların hareket durumlarını gözleme dayalı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</w:t>
              <w:br/>
              <w:t>Varlıkların Hareketleri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FB.3.5.1: Varlıkların hareket durumlarını gözleme dayalı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</w:t>
              <w:br/>
              <w:t>Kuvvet ve Etkileri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FB.3.5.2: Kuvvetin varlıklar üzerindeki etkilerini bilimsel gözleme dayalı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</w:t>
              <w:br/>
              <w:t>Kuvvet ve Etkileri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FB.3.5.2: Kuvvetin varlıklar üzerindeki etkilerini bilimsel gözleme dayalı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Hareketi Keşfediyorum / 6. Ünite: Yaşamımızı Kolaylaştıran Elektrik</w:t>
              <w:br/>
              <w:t>Kuvvet ve Etkileri / Elektrikli Araç Gereç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FB.3.5.2: Kuvvetin varlıklar üzerindeki etkilerini bilimsel gözleme dayalı tahmin edebilme</w:t>
              <w:br/>
              <w:t>FB.3.6.1: Bazı araç gerecin elektrikli olduğuna ilişkin bilimsel çıkarım yapabilme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</w:t>
              <w:br/>
              <w:t>Elektrikli Araç Gereç / Elektrikli Araç Gerecin Güvenli Kullanımı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FB.3.6.1: Bazı araç gerecin elektrikli olduğuna ilişkin bilimsel çıkarım yapabilme</w:t>
              <w:br/>
              <w:t>FB.3.6.2: Elektrikli araç gerecin güvenli kullanımı ile ilgili eleştirel düşünebilme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</w:t>
              <w:br/>
              <w:t>Elektrikli Araç Gerecin Güvenli Kullanımı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FB.3.6.2: Elektrikli araç gerecin güvenli kullanımı ile ilgili eleştirel düşünebilme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</w:t>
              <w:br/>
              <w:t>Elektriğin Tasarruflu Kullanımı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FB.3.6.3: Elektriği tasarruflu kullanma konusunda bilimsel veriye dayalı tahmin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 / 7. Ünite: Toprağı Tanıyorum, Tarımı Keşfediyorum</w:t>
              <w:br/>
              <w:t>Elektriğin Tasarruflu Kullanımı / Toprak Oluşumu ve Yapısı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FB.3.6.3: Elektriği tasarruflu kullanma konusunda bilimsel veriye dayalı tahmin edebilme</w:t>
              <w:br/>
              <w:t>FB.3.7.1: Toprak oluşumunu ve yapısını bilimsel olarak gözlemleyebilme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</w:t>
              <w:br/>
              <w:t>Toprak Oluşumu ve Yapısı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FB.3.7.1: Toprak oluşumunu ve yapısını bilimsel olarak gözlemleyebilme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</w:t>
              <w:br/>
              <w:t>Toprak Oluşumu ve Yapısı / Bitki Yetiştirme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FB.3.7.1: Toprak oluşumunu ve yapısını bilimsel olarak gözlemleyebilme</w:t>
              <w:br/>
              <w:t>FB.3.7.2: Bir bitkinin yetişmesi için gerekenleri genelleyebilme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</w:t>
              <w:br/>
              <w:t>Bitki Yetiştirme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FB.3.7.2: Bir bitkinin yetişmesi için gerekenleri genelleyebilme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 / 8. Ünite: Canlıların Yaşam Alanlarına Yolculuk</w:t>
              <w:br/>
              <w:t>Bitki Yetiştirme / Yaşam Alanları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FB.3.7.2: Bir bitkinin yetişmesi için gerekenleri genelleyebilme</w:t>
              <w:br/>
              <w:t>FB.3.8.1: Canlıların yaşam alanlarının özelliklerini belirlemeye yönelik kanıt kullanabilme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Yaşam Alanları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FB.3.8.1: Canlıların yaşam alanlarının özelliklerini belirlemeye yönelik kanıt kullanabilme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Yaşam Alanları / Canlı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FB.3.8.1: Canlıların yaşam alanlarının özelliklerini belirlemeye yönelik kanıt kullanabilme</w:t>
              <w:br/>
              <w:t>FB.3.8.2: Yaşam alanındaki canlı çeşitliliğini operasyonel olarak tanımlayabilme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Canlı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FB.3.8.2: Yaşam alanındaki canlı çeşitliliğini operasyonel olarak tanımlayabilme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Canlı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FB.3.8.2: Yaşam alanındaki canlı çeşitliliğini operasyonel olarak tanımlayabilme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Yaşam Alanlarının Korunmasının Canlı Çeşitliliğine Etkisi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FB.3.8.3: Yaşam alanlarının korunması için yapılacakları sorgulayabilme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SOSYAL ETKİNLİK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Fen Bilimleri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