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3. Sınıf Müzik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Müzik Dersi Öğretim Programı (İlkokul 1-4, Ortaokul 5-8. Sınıflar) — TTK 19/01/2018 sayı 5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36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öğrenme alanı, konu, ders saati ve kazanımlar MEB'in 2026-2027 çerçeve yıllık planından (tymm.meb.gov.tr) alınmıştır. Yıllık ders saati tablodaki haftalık saatlerin toplamıdır.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Alanı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493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İstiklâl Marşı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Mü.3.A.4: İstiklâl Marşı’nı saygıyla söyler.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İstiklâl Marşı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Mü.3.A.4: İstiklâl Marşı’nı saygıyla söyler.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Sesimiz ve Nefesimiz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Mü.3.A.1: Konuşurken ve şarkı söylerken sesini doğru kullanır.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Sesimiz ve Nefesimiz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Mü.3.A.1: Konuşurken ve şarkı söylerken sesini doğru kullanır.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Söylüyoruz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Mü.3.A.2: Birlikte söyleme kurallarına uyar.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Söylüyoruz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Mü.3.A.2: Birlikte söyleme kurallarına uyar.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Söylüyoruz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Mü.3.A.3: Belirli gün ve haftalarla ilgili müzikleri anlamına uygun söyler.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Söylüyoruz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Mü.3.A.3: Belirli gün ve haftalarla ilgili müzikleri anlamına uygun söyler.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Söylüyoruz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Mü.3.A.3: Belirli gün ve haftalarla ilgili müzikleri anlamına uygun söyler.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Çalgılar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Mü.3.D.1: Bildiği çalgıları özelliklerine göre sınıflandırır.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Çalgılar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Mü.3.D.1: Bildiği çalgıları özelliklerine göre sınıflandırır.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Ritim Çalgım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Mü.3.A.5: Oluşturduğu ritim çalgısıyla dinlediği ve söylediği müziğe eşlik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Ritim Çalgım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Mü.3.A.5: Oluşturduğu ritim çalgısıyla dinlediği ve söylediği müziğe eşlik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Ritim Çalgım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Mü.3.B.3: Duyduğu basit ritim ve ezgiyi tekrarlar.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Ritim Çalgım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Mü.3.B.3: Duyduğu basit ritim ve ezgiyi tekrarlar.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Uzun ve Kısa Sesler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Mü.3.B.1: Müzikteki uzun ve kısa ses sürelerini fark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Uzun ve Kısa Sesler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Mü.3.B.1: Müzikteki uzun ve kısa ses sürelerini fark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Kalın ve İnce Sesler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Mü.3.B.7: Seslerin yüksekliklerini, sürelerinin uzunluk ve kısalıklarını ayırt eder.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Kalın ve İnce Sesler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Mü.3.B.2: Müzikteki ses yüksekliklerini grafikle gösterir.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Hız ve Gürlük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Mü.3.B.4: Müzikleri uygun hız ve gürlükte seslendirir.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Hız ve Gürlük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Mü.3.B.4: Müzikleri uygun hız ve gürlükte seslendirir.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Hız ve Gürlük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Mü.3.B.4: Müzikleri uygun hız ve gürlükte seslendirir.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Hız ve Gürlük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Mü.3.B.7: Seslerin yüksekliklerini, sürelerinin uzunluk ve kısalıklarını ayırt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Hız ve Gürlük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Mü.3.B.6: Notalar ile renkleri eşleştirir.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Dans Ediyorum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Mü.3.C.4: Farklı ritmik yapılardaki ezgilere uygun hareket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Dans Ediyorum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Mü.3.C.4: Farklı ritmik yapılardaki ezgilere uygun hareket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Dans Ediyorum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Mü.3.B.5: Müziklerdeki aynı ve farklı söz kümelerini harekete dönüştürür.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Dans Ediyorum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Mü.3.C.2: Müziklerde yer alan farklı ezgi cümlelerini dansa ve oyuna dönüştürür.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Halk Dansları Oynuyorum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Mü.3.D.2: Çevresindeki halk danslarını müzikleri ile tanır.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Halk Dansları Oynuyorum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Mü.3.A.6: Kendi kültüründen oyunlar oynayarak şarkı ve türküler söyler.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Halk Dansları Oynuyorum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Mü.3.A.6: Kendi kültüründen oyunlar oynayarak şarkı ve türküler söyler.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Müzik Kültürümü Geliştiriyorum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Mü.3.D.3: Farklı türlerdeki müzikleri dinleyerek müzik kültürünü geliştirir.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Müziğimiz ve Değerlerimiz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Mü.3.D.4: Millî, dinî ve manevi değerler ile ilgili müzik dağarcığına sahip olur.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Duygularımı Sanatla Anlatıyorum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Mü.3.C.1: Dinlediği müziklerle ilgili duygu ve düşüncelerini ifade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Ezgi Oluşturuyorum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Mü.3.C.3: Ezgi denemeleri yapar.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  <w:br/>
              <w:t>Müzik Çalışmalarımız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Mü.3.A.7: Müzik çalışmalarını sergiler.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Dinleme-söyleme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3. Sınıf Müzik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