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3. Sınıf Türkçe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288 (ders 276 + okul temelli planlama 12)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8, 16, 25, 35.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Hatırlatma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T.K.2.4: Konuşma sürecine etki eden durumları gözden geçirebilme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Üçüncü Sınıfa Merhaba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Yaşıyoruz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Paylaştıkça Çoğalır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Yaşıyoruz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Doğruyu Söylemek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Yaşıyoruz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Bir Kedi Sahiplendik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1. Tema: Değerlerimizle Yaşıyoruz / 2. Tema: Atatürk ve Kahramanlarımız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7+1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Saygı Görmek İçin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Kahramanlarımız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Atatürk'ün Çocukluğu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Kahramanlarımız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Cumhuriyet Coşkusu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Kahramanlarımız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Seyit Onbaşı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Tema: Atatürk ve Kahramanlarımız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Atatürk'ü Anıyoruz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Doğayı Tanıyoruz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T.D.3.5: Dinleme/izleme sürecini değerlendirebilme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Karıncaların Kışlığı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Doğayı Tanıyoruz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Bir Damlanın Yolculuğu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Doğayı Tanıyoruz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T.K.3.5: Konuşma sürecini değerlendirebilme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Leyleklerin Yolculuğu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Tema: Doğayı Tanıyoruz / 4. Tema: Bilgi Hazinemiz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7+1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T.K.3.5: Konuşma sürecini değerlendirebilme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Ormanı Koruyalım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Bilgi Hazinemiz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  <w:br/>
              <w:t>T.Y.3.5: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Kütüphanede Bir Gün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Bilgi Hazinemiz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  <w:br/>
              <w:t>T.Y.3.5: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Dedeme Mektup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Bilgi Hazinemiz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6+(2)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Sözlükle Tanışıyorum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Bilgi Hazinemiz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  <w:br/>
              <w:t>T.Y.3.5: Yazma sürecini değerlendirebilme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Merak Eden Çocuk Seti (10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Karne Günü Seti (10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Hatırlatma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T.K.3.5: Konuşma sürecini değerlendirebilme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Kullanıyoruz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Kullanıyoruz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Kullanıyoruz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5. Tema: Yeteneklerimizi Kullanıyoruz / 6. Tema: Bilim Yolculuğu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Bilim Yolculuğu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T.D.3.5: Dinleme/izleme sürecini değerlendirebilme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Bilim Yolculuğu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4+(4)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Bilim Yolculuğu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Bilim Yolculuğu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Millî Kültürümüz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T.D.3.5: Dinleme/izleme sürecini değerlendirebilme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Millî Kültürümüz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T.D.3.5: Dinleme/izleme sürecini değerlendirebilme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Millî Kültürümüz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Millî Kültürümüz / 8. Tema: Hak ve Sorumluluklarımız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6+2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 ve Sorumluluklarımız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T.D.3.5: Dinleme/izleme sürecini değerlendirebilme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T.O.3.4: Okuma sürecine etki eden durumları gözden geçirebilme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 ve Sorumluluklarımız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T.O.3.4: Okuma sürecine etki eden durumları gözden geçirebilme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 ve Sorumluluklarımız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T.D.3.5: Dinleme/izleme sürecini değerlendirebilme</w:t>
              <w:br/>
              <w:t>T.K.3.1: Konuşmalarını yönetebilme</w:t>
              <w:br/>
              <w:t>T.K.3.3: Konuşma kurallarını uygulayabilme</w:t>
              <w:br/>
              <w:t>T.K.3.4: Konuşma sürecine etki eden durumları gözden geçirebilme</w:t>
              <w:br/>
              <w:t>T.K.3.5: Konuşma sürecini değerlendirebilme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4+(4)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T.O.3.4: Okuma sürecine etki eden durumları gözden geçirebilme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  <w:br/>
              <w:t>T.Y.3.4: Yazma sürecine etki eden durumları gözden geçirebilme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592"/>
          </w:tcPr>
          <w:p>
            <w:r/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 · Sosyal Etkinlik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3.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