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Fen Bilimleri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2018 Fen Bilimleri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105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ünite, konu, ders saati ve kazanımlar MEB'in 2026-2027 çerçeve yıllık planından (tymm.meb.gov.tr) alınmıştır. Yıllık ders saati tablodaki haftalık saatlerin toplamıdır.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Ünite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F.4.1.1. Yer Kabuğunun Yapısı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F.4.1.1.1: Yer kabuğunun kara tabakasının kayaçlardan oluştuğunu belirtir.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Yer Kabuğunun Yapısı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F.4.1.1. Yer Kabuğunun Yapısı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F.4.1.1.2: Kayaçlarla madenleri ilişkilendirir ve kayaçların ham madde olarak önemini tartışır.</w:t>
              <w:br/>
              <w:t>F.4.1.1.3: Fosillerin oluşumunu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Yer Kabuğunun Yapısı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F.4.1.2. Dünya’mızın Hareketleri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F.4.1.2.1: Dünya’nın dönme ve dolanma hareketleri arasındaki farkı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Dünya’mızın Hareketleri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F.4.1.2. Dünya’mızın Hareketleri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F.4.1.2.2: Dünya’nın hareketleri sonucu gerçekleşen olayları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Dünya’mızın Hareketleri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Ünite: Yer Kabuğu ve Dünya’mızın Hareketleri</w:t>
              <w:br/>
              <w:t>F.4.1.2. Dünya’mızın Hareketleri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F.4.1.2.2: Dünya’nın hareketleri sonucu gerçekleşen olayları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Dünya’mızın Hareketleri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F.4.2.1.1: Canlı yaşamı ve besin içerikleri arasındaki ilişkiyi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Besin İçerikleri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F.4.2.1.1: Canlı yaşamı ve besin içerikleri arasındaki ilişkiyi açıklar.</w:t>
              <w:br/>
              <w:t>F.4.2.1.2: Su ve minerallerin bütün besinlerde bulunduğu çıkarımını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Besin İçerikleri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F.4.2.1.3: Sağlıklı bir yaşam için besinlerin tazeliğinin ve doğallığının önemini, araştırma verilerine dayalı olarak tartışır.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Taze Besin ve Dengeli Beslenme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F.4.2.1.3: Sağlıklı bir yaşam için besinlerin tazeliğinin ve doğallığının önemini, araştırma verilerine dayalı olarak tartışır.</w:t>
              <w:br/>
              <w:t>F.4.2.1.4: İnsan sağlığı ile dengeli beslenmeyi ilişkilendirir.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Taze Besin ve Dengeli Beslenme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F.4.2.1.5: Alkol ve sigara kullanımının insan sağlığına olan olumsuz etkilerinin farkına varır.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Sigara ve Alkolün Zararları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Besinlerimiz</w:t>
              <w:br/>
              <w:t>F.4.2.1. Besinler ve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F.4.2.1.6: Yakın çevresinde sigara kullanımını azaltmaya yönelik sorumluluk üstlenir.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Sigara ve Alkolün Zararları Seti (6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F.4.3.1. Kuvvetin Cisimler Üzerindeki Etkileri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F.4.3.1.1: Kuvvetin, cisimlere hareket kazandırmasına ve cisimlerin şekillerini değiştirmesine yönelik deneyler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Kuvvetin Cisimler Üzerindeki Etkileri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F.4.3.1. Kuvvetin Cisimler Üzerindeki Etkileri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F.4.3.1.1: Kuvvetin, cisimlere hareket kazandırmasına ve cisimlerin şekillerini değiştirmesine yönelik deneyler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Kuvvetin Cisimler Üzerindeki Etkileri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F.4.3.2. Mıknatısların Uyguladığı Kuvvet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F.4.3.2.1: Mıknatısı tanır ve kutupları olduğunu keşfeder.</w:t>
              <w:br/>
              <w:t>F.4.3.2.2: Mıknatısın etki ettiği maddeleri deney yaparak keşfeder.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Mıknatısların Uyguladığı Kuvvet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F.4.3.2. Mıknatısların Uyguladığı Kuvvet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F.4.3.2.3: Mıknatısların günlük yaşamdaki kullanım alanlarına örnekler verir.</w:t>
              <w:br/>
              <w:t>F.4.3.2.4: Mıknatısların yeni kullanım alanları konusunda fikirlerini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Mıknatısların Uyguladığı Kuvvet Seti (8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F.4.4.1. Maddeyi Niteleyen Özellikler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F.4.4.1.1: Beş duyu organını kullanarak maddeyi niteleyen temel özellikleri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Maddeyi Niteleyen ve Ölçülebilir Özellikler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Maddenin Özellikleri</w:t>
              <w:br/>
              <w:t>F.4.4.2. Maddenin Ölçülebilir Özellikleri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F.4.4.2.1: Farklı maddelerin kütle ve hacimlerini ölçerek karşılaştırır.</w:t>
              <w:br/>
              <w:t>F.4.4.2.2: Ölçülebilir özelliklerini kullanarak maddeyi tanımlar.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Maddeyi Niteleyen ve Ölçülebilir Özellikler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F.4.4.3. Maddenin Hâlleri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F.4.4.3.1: Maddelerin hâllerine ait temel özellikleri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Maddenin Hâlleri Seti (6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F.4.4.3. Maddenin Hâlleri / F.4.4.4. Maddenin Isı Etkisiyle Değişimi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F.4.4.3.2: Aynı maddenin farklı hâllerine örnekler verir.</w:t>
              <w:br/>
              <w:t>F.4.4.4.1: Maddelerin ısınıp soğumasına yönelik deneyler tasarlar.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F.4.4.4. Maddenin Isı Etkisiyle Değişimi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F.4.4.4.2: Maddelerin ısı etkisiyle hâl değiştirebileceğine yönelik deney tasarlar.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F.4.4.5. Saf Madde ve Karışım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F.4.4.5.1: Günlük yaşamında sıklıkla kullandığı maddeleri saf madde ve karışım şeklinde sınıflandırarak araların daki farkları açıklar.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Ünite: / Maddenin Özellikleri</w:t>
              <w:br/>
              <w:t>F.4.4.5. Saf Madde ve Karışım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F.4.4.5.2: Günlük yaşamda karşılaştığı karışımların ayrılmasında kullanılabilecek yöntemlerden uygun olanı seçer.</w:t>
              <w:br/>
              <w:t>F.4.4.5.3: Karışımların ayrılmasını, ülke ekonomisine katkısı ve kaynakların etkili kullanımı bakımından tartışır.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F.4.5.1. Aydınlatma Teknolojileri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F.4.5.1.1: Geçmişte ve günümüzde kullanılan aydınlatma araçlarını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F.4.5.1. Aydınlatma Teknolojileri / F.4.5.2. Uygun Aydınlatma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F.4.5.1.2: Gelecekte kullanılabilecek aydınlatma araçlarına yönelik tasarım yapar.</w:t>
              <w:br/>
              <w:t>F.4.5.2.1: Uygun aydınlatma hakkında araştırma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F.4.5.2. Uygun Aydınlatma / F.4.5.3. Işık Kirliliği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F.4.5.2.2: Aydınlatma araçlarının tasarruflu kullanımının aile ve ülke ekonomisi bakımından önemini tartışır.</w:t>
              <w:br/>
              <w:t>F.4.5.3.1: Işık kirliliğinin nedenlerini sorgular.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F.4.5.3. Işık Kirliliği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F.4.5.3.2: Işık kirliliğinin, doğal hayata ve gök cisimlerinin gözlenmesine olan olumsuz etkilerini açıklar.</w:t>
              <w:br/>
              <w:t>F.4.5.3.3: Işık kirliliğini azaltmaya yönelik çözümler üretir.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F.4.5.3. Işık Kirliliği / F.4.5.4. Geçmişten Günümüze Ses Teknolojileri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F.4.5.3.3: Işık kirliliğini azaltmaya yönelik çözümler üretir.</w:t>
              <w:br/>
              <w:t>F.4.5.4.1: Geçmişte ve günümüzde kullanılan ses teknolojilerini karşılaştırır.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F.4.5.4. Geçmişten Günümüze Ses Teknolojileri / F.4.5.5. Ses Kirliliği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F.4.5.4.2: Şiddetli sese sahip teknolojik araçların olumlu ve olumsuz etkilerini araştırır.</w:t>
              <w:br/>
              <w:t>F.4.5.5.1: Ses kirliliğinin nedenlerini sorgular.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Ünite: Aydınlatma ve Ses Teknolojileri</w:t>
              <w:br/>
              <w:t>F.4.5.5. Ses Kirliliği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F.4.5.5.2: Ses kirliliğinin insan sağlığı ve çevre üzerindeki olumsuz etkilerini açıklar.</w:t>
              <w:br/>
              <w:t>F.4.5.5.3: Ses kirliliğini azaltmaya yönelik çözümler üretir.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İnsan ve Çevre</w:t>
              <w:br/>
              <w:t>F.4.6.1. Bilinçli Tüketici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F.4.6.1.1: Kaynakların kullanımında tasarruflu davranmaya özen gösterir.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İnsan ve Çevre</w:t>
              <w:br/>
              <w:t>F.4.6.1. Bilinçli Tüketici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F.4.6.1.2: Yaşam için gerekli olan kaynakların ve geri dönüşümün önemini fark eder.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Basit Elektrik Devreleri</w:t>
              <w:br/>
              <w:t>F.4.7.1. Basit Elektrik Devreleri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F.4.7.1.1: Basit elektrik devresini oluşturan devre elemanlarını işlevleri ile tanır.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Basit Elektrik Devreleri</w:t>
              <w:br/>
              <w:t>F.4.7.1. Basit Elektrik Devreleri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F.4.7.1.2: Çalışan bir elektrik devresi kurar.</w:t>
              <w:br/>
              <w:t>F.4.7.1.3: Evde ve okuldaki elektrik düğmelerinin ve kabloların birer devre elemanı olduğunu bilir.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  <w:br/>
              <w:t>Yıl Sonu Bilim Şenliği (Öğrencilerin yıl içerisinde ortaya çıkardıkları ürünü etkili bir şekilde sunmaları beklenir.)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  <w:br/>
              <w:t>Yıl Sonu Bilim Şenliği (Öğrencilerin yıl içerisinde ortaya çıkardıkları ürünü etkili bir şekilde sunmaları beklenir.)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Fen Bilimleri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