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4. Sınıf İngilizce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2018 İngilizce Dersi Öğretim Programı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72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ünite, konu, ders saati ve kazanımlar MEB'in 2026-2027 çerçeve yıllık planından (tymm.meb.gov.tr) alınmıştır. Yıllık ders saati tablodaki haftalık saatlerin toplamıdır. "Ders Pusulası seti" sütunu o hafta sitede hazır olan çalışma yaprağı setini gösterir.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Ünite / Konu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Seti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 Classroom Rules</w:t>
              <w:br/>
              <w:t>Asking for permission Can/May I come in/go out? — Yes, you can. — Sure/Of course. — Sorry, not right now. / Making simple requests Give me the book, please. — 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E4.1.L1: Students will be able to understand short and clear utterances about requests.</w:t>
              <w:br/>
              <w:t>E4.1.L2: Students will be able to understand short and clear utterances about permission.</w:t>
              <w:br/>
              <w:t>E4.1.L3: Students will be able to recognize simple classroom instructions.</w:t>
              <w:br/>
              <w:t>E4.1.L4: Students will be able to recognize numbers from one to fifty. Speaking</w:t>
              <w:br/>
              <w:t>E4.1.S1: Students will be able to interact with their classmates through asking for and giving permission in short utterances.</w:t>
              <w:br/>
              <w:t>E4.1.S2: Students will be able to make requests by using simple utterances.</w:t>
              <w:br/>
              <w:t>E4.1.S3: Students will be able to give and respond to simple instructions verbally.</w:t>
              <w:br/>
              <w:t>E4.1.S4: Students will be able to count up to fifty.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Classroom Rules (5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 Classroom Rules</w:t>
              <w:br/>
              <w:t>Asking for permission Can/May I come in/go out? — Yes, you can. — Sure/Of course. — Sorry, not right now. / Making simple requests Give me the book, please. — 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E4.1.L1: Students will be able to understand short and clear utterances about requests.</w:t>
              <w:br/>
              <w:t>E4.1.L2: Students will be able to understand short and clear utterances about permission.</w:t>
              <w:br/>
              <w:t>E4.1.L3: Students will be able to recognize simple classroom instructions.</w:t>
              <w:br/>
              <w:t>E4.1.L4: Students will be able to recognize numbers from one to fifty. Speaking</w:t>
              <w:br/>
              <w:t>E4.1.S1: Students will be able to interact with their classmates through asking for and giving permission in short utterances.</w:t>
              <w:br/>
              <w:t>E4.1.S2: Students will be able to make requests by using simple utterances.</w:t>
              <w:br/>
              <w:t>E4.1.S3: Students will be able to give and respond to simple instructions verbally.</w:t>
              <w:br/>
              <w:t>E4.1.S4: Students will be able to count up to fifty.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Classroom Rules (5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 Classroom Rules</w:t>
              <w:br/>
              <w:t>Asking for permission Can/May I come in/go out? — Yes, you can. — Sure/Of course. — Sorry, not right now. / Making simple requests Give me the book, please. — 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E4.1.L1: Students will be able to understand short and clear utterances about requests.</w:t>
              <w:br/>
              <w:t>E4.1.L2: Students will be able to understand short and clear utterances about permission.</w:t>
              <w:br/>
              <w:t>E4.1.L3: Students will be able to recognize simple classroom instructions.</w:t>
              <w:br/>
              <w:t>E4.1.L4: Students will be able to recognize numbers from one to fifty. Speaking</w:t>
              <w:br/>
              <w:t>E4.1.S1: Students will be able to interact with their classmates through asking for and giving permission in short utterances.</w:t>
              <w:br/>
              <w:t>E4.1.S2: Students will be able to make requests by using simple utterances.</w:t>
              <w:br/>
              <w:t>E4.1.S3: Students will be able to give and respond to simple instructions verbally.</w:t>
              <w:br/>
              <w:t>E4.1.S4: Students will be able to count up to fifty.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Classroom Rules (5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 Classroom Rules</w:t>
              <w:br/>
              <w:t>Asking for permission Can/May I come in/go out? — Yes, you can. — Sure/Of course. — Sorry, not right now. / Making simple requests Give me the book, please. — 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E4.1.L1: Students will be able to understand short and clear utterances about requests.</w:t>
              <w:br/>
              <w:t>E4.1.L2: Students will be able to understand short and clear utterances about permission.</w:t>
              <w:br/>
              <w:t>E4.1.L3: Students will be able to recognize simple classroom instructions.</w:t>
              <w:br/>
              <w:t>E4.1.L4: Students will be able to recognize numbers from one to fifty. Speaking</w:t>
              <w:br/>
              <w:t>E4.1.S1: Students will be able to interact with their classmates through asking for and giving permission in short utterances.</w:t>
              <w:br/>
              <w:t>E4.1.S2: Students will be able to make requests by using simple utterances.</w:t>
              <w:br/>
              <w:t>E4.1.S3: Students will be able to give and respond to simple instructions verbally.</w:t>
              <w:br/>
              <w:t>E4.1.S4: Students will be able to count up to fifty.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Classroom Rules (5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 Nationality</w:t>
              <w:br/>
              <w:t>Identifying countries and nationalities Is s/he from Japan? — Maybe. Is s/he from Germany? — I think so. Where are you from? — I am from Turkey. Where is she fr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E4.2.L1: Students will be able to recognize information about other people.</w:t>
              <w:br/>
              <w:t>E4.2.L2: Students will be able to identify different people’s nationalities. Speaking</w:t>
              <w:br/>
              <w:t>E4.2.S1: Students will be able to talk about nations and nationalities.</w:t>
              <w:br/>
              <w:t>E4.2.S2: Students will be able to talk about locations of cities.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Nationality (5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 Nationality</w:t>
              <w:br/>
              <w:t>Identifying countries and nationalities Is s/he from Japan? — Maybe. Is s/he from Germany? — I think so. Where are you from? — I am from Turkey. Where is she fr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E4.2.L1: Students will be able to recognize information about other people.</w:t>
              <w:br/>
              <w:t>E4.2.L2: Students will be able to identify different people’s nationalities. Speaking</w:t>
              <w:br/>
              <w:t>E4.2.S1: Students will be able to talk about nations and nationalities.</w:t>
              <w:br/>
              <w:t>E4.2.S2: Students will be able to talk about locations of cities.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Nationality (5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 Nationality</w:t>
              <w:br/>
              <w:t>Identifying countries and nationalities Is s/he from Japan? — Maybe. Is s/he from Germany? — I think so. Where are you from? — I am from Turkey. Where is she fr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E4.2.L1: Students will be able to recognize information about other people.</w:t>
              <w:br/>
              <w:t>E4.2.L2: Students will be able to identify different people’s nationalities. Speaking</w:t>
              <w:br/>
              <w:t>E4.2.S1: Students will be able to talk about nations and nationalities.</w:t>
              <w:br/>
              <w:t>E4.2.S2: Students will be able to talk about locations of cities.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Nationality (5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 Cartoon Characters</w:t>
              <w:br/>
              <w:t>Expressing ability and inability Can you play the piano? Can s/he jump? —Yes, s/he can./No, s/he can’t. Can you speak English? —Yes, I can. S/he can ride a bike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E4.3.L1: Students will be able to get the main idea of a simple oral text about the abilities of the self and others.</w:t>
              <w:br/>
              <w:t>E4.3.L2: Students will be able to recognize possessions of others in a clear, short and slow oral text. Speaking</w:t>
              <w:br/>
              <w:t>E4.3.S1: Students will be able to talk about their own and others’ possessions.</w:t>
              <w:br/>
              <w:t>E4.3.S2: Students will be able to deliver a simple, brief speech about abilities with an initial preparation.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Cartoon Characters (5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 Cartoon Characters</w:t>
              <w:br/>
              <w:t>Expressing ability and inability Can you play the piano? Can s/he jump? —Yes, s/he can./No, s/he can’t. Can you speak English? —Yes, I can. S/he can ride a bike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E4.3.L1: Students will be able to get the main idea of a simple oral text about the abilities of the self and others.</w:t>
              <w:br/>
              <w:t>E4.3.L2: Students will be able to recognize possessions of others in a clear, short and slow oral text. Speaking</w:t>
              <w:br/>
              <w:t>E4.3.S1: Students will be able to talk about their own and others’ possessions.</w:t>
              <w:br/>
              <w:t>E4.3.S2: Students will be able to deliver a simple, brief speech about abilities with an initial preparation.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Cartoon Characters (5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 Cartoon Characters</w:t>
              <w:br/>
              <w:t>Expressing ability and inability Can you play the piano? Can s/he jump? —Yes, s/he can./No, s/he can’t. Can you speak English? —Yes, I can. S/he can ride a bike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E4.3.L1: Students will be able to get the main idea of a simple oral text about the abilities of the self and others.</w:t>
              <w:br/>
              <w:t>E4.3.L2: Students will be able to recognize possessions of others in a clear, short and slow oral text. Speaking</w:t>
              <w:br/>
              <w:t>E4.3.S1: Students will be able to talk about their own and others’ possessions.</w:t>
              <w:br/>
              <w:t>E4.3.S2: Students will be able to deliver a simple, brief speech about abilities with an initial preparation.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Cartoon Characters (5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 Cartoon Characters</w:t>
              <w:br/>
              <w:t>Expressing ability and inability Can you play the piano? Can s/he jump? —Yes, s/he can./No, s/he can’t. Can you speak English? —Yes, I can. S/he can ride a bike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E4.3.L1: Students will be able to get the main idea of a simple oral text about the abilities of the self and others.</w:t>
              <w:br/>
              <w:t>E4.3.L2: Students will be able to recognize possessions of others in a clear, short and slow oral text. Speaking</w:t>
              <w:br/>
              <w:t>E4.3.S1: Students will be able to talk about their own and others’ possessions.</w:t>
              <w:br/>
              <w:t>E4.3.S2: Students will be able to deliver a simple, brief speech about abilities with an initial preparation.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Cartoon Characters (5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 Free Time</w:t>
              <w:br/>
              <w:t>Expressing likes and dislikes I like reading/swimming. I dislike playing chess/ singing. / Making simple inquiries Do you like dancing? — Yes, I do. Do you like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E4.4.L1: Students will be able to understand the general information in an oral text about likes and dislikes. Speaking</w:t>
              <w:br/>
              <w:t>E4.4.S1: Students will be able to talk about their likes and dislikes.</w:t>
              <w:br/>
              <w:t>E4.4.S2: Students will be able to engage in simple conversations about likes and dislikes.</w:t>
              <w:br/>
              <w:t>E4.4.S3: Students will be able to ask for clarification in conversations.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Free Time (5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 Free Time</w:t>
              <w:br/>
              <w:t>Expressing likes and dislikes I like reading/swimming. I dislike playing chess/ singing. / Making simple inquiries Do you like dancing? — Yes, I do. Do you like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E4.4.L1: Students will be able to understand the general information in an oral text about likes and dislikes. Speaking</w:t>
              <w:br/>
              <w:t>E4.4.S1: Students will be able to talk about their likes and dislikes.</w:t>
              <w:br/>
              <w:t>E4.4.S2: Students will be able to engage in simple conversations about likes and dislikes.</w:t>
              <w:br/>
              <w:t>E4.4.S3: Students will be able to ask for clarification in conversations.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Free Time (5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 Free Time</w:t>
              <w:br/>
              <w:t>Expressing likes and dislikes I like reading/swimming. I dislike playing chess/ singing. / Making simple inquiries Do you like dancing? — Yes, I do. Do you like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E4.4.L1: Students will be able to understand the general information in an oral text about likes and dislikes. Speaking</w:t>
              <w:br/>
              <w:t>E4.4.S1: Students will be able to talk about their likes and dislikes.</w:t>
              <w:br/>
              <w:t>E4.4.S2: Students will be able to engage in simple conversations about likes and dislikes.</w:t>
              <w:br/>
              <w:t>E4.4.S3: Students will be able to ask for clarification in conversations.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Free Time (5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 My Day</w:t>
              <w:br/>
              <w:t>Talking about daily routines I wake up in the morning. I have breakfast with my mother and brother on Sundays. I meet my friends at school. I go to the playgrou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E4.5.L1: Students will be able to understand the general and specific information in a short, oral text about daily routines.</w:t>
              <w:br/>
              <w:t>E4.5.L2: Students will be able to recognize the time in a short oral text. Speaking</w:t>
              <w:br/>
              <w:t>E4.5.S1: Students will be able to talk about their daily routines.</w:t>
              <w:br/>
              <w:t>E4.5.S2: Students will be able to talk about the time.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My Day (5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 My Day</w:t>
              <w:br/>
              <w:t>Talking about daily routines I wake up in the morning. I have breakfast with my mother and brother on Sundays. I meet my friends at school. I go to the playgrou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E4.5.L1: Students will be able to understand the general and specific information in a short, oral text about daily routines.</w:t>
              <w:br/>
              <w:t>E4.5.L2: Students will be able to recognize the time in a short oral text. Speaking</w:t>
              <w:br/>
              <w:t>E4.5.S1: Students will be able to talk about their daily routines.</w:t>
              <w:br/>
              <w:t>E4.5.S2: Students will be able to talk about the time.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My Day (5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 My Day</w:t>
              <w:br/>
              <w:t>Talking about daily routines I wake up in the morning. I have breakfast with my mother and brother on Sundays. I meet my friends at school. I go to the playgrou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E4.5.L1: Students will be able to understand the general and specific information in a short, oral text about daily routines.</w:t>
              <w:br/>
              <w:t>E4.5.L2: Students will be able to recognize the time in a short oral text. Speaking</w:t>
              <w:br/>
              <w:t>E4.5.S1: Students will be able to talk about their daily routines.</w:t>
              <w:br/>
              <w:t>E4.5.S2: Students will be able to talk about the time.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My Day (5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 My Day</w:t>
              <w:br/>
              <w:t>Talking about daily routines I wake up in the morning. I have breakfast with my mother and brother on Sundays. I meet my friends at school. I go to the playgrou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E4.5.L1: Students will be able to understand the general and specific information in a short, oral text about daily routines.</w:t>
              <w:br/>
              <w:t>E4.5.L2: Students will be able to recognize the time in a short oral text. Speaking</w:t>
              <w:br/>
              <w:t>E4.5.S1: Students will be able to talk about their daily routines.</w:t>
              <w:br/>
              <w:t>E4.5.S2: Students will be able to talk about the time.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My Day (5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 Ocak Cuma karne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 Fun With Science</w:t>
              <w:br/>
              <w:t>Giving and responding to simple instructions Plant it. Water it. Cut the paper. Don’t cut it now! Fold it. Mix black and white, and you get gray. / Making simpl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E4.6.L1: Students will be able to understand and follow simple instructions.</w:t>
              <w:br/>
              <w:t>E4.6.L2: Students will be able to recognize phrases/descriptions about locations. Speaking</w:t>
              <w:br/>
              <w:t>E4.6.S1: Students will be able to give short and basic instructions.</w:t>
              <w:br/>
              <w:t>E4.6.S2: Students will be able to talk about locations of objects.</w:t>
              <w:br/>
              <w:t>E4.6.S3: Students will be able to ask and answer simple clarification questions.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 Fun With Science</w:t>
              <w:br/>
              <w:t>Giving and responding to simple instructions Plant it. Water it. Cut the paper. Don’t cut it now! Fold it. Mix black and white, and you get gray. / Making simpl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E4.6.L1: Students will be able to understand and follow simple instructions.</w:t>
              <w:br/>
              <w:t>E4.6.L2: Students will be able to recognize phrases/descriptions about locations. Speaking</w:t>
              <w:br/>
              <w:t>E4.6.S1: Students will be able to give short and basic instructions.</w:t>
              <w:br/>
              <w:t>E4.6.S2: Students will be able to talk about locations of objects.</w:t>
              <w:br/>
              <w:t>E4.6.S3: Students will be able to ask and answer simple clarification questions.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 Fun With Science</w:t>
              <w:br/>
              <w:t>Giving and responding to simple instructions Plant it. Water it. Cut the paper. Don’t cut it now! Fold it. Mix black and white, and you get gray. / Making simpl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E4.6.L1: Students will be able to understand and follow simple instructions.</w:t>
              <w:br/>
              <w:t>E4.6.L2: Students will be able to recognize phrases/descriptions about locations. Speaking</w:t>
              <w:br/>
              <w:t>E4.6.S1: Students will be able to give short and basic instructions.</w:t>
              <w:br/>
              <w:t>E4.6.S2: Students will be able to talk about locations of objects.</w:t>
              <w:br/>
              <w:t>E4.6.S3: Students will be able to ask and answer simple clarification questions.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 Jobs</w:t>
              <w:br/>
              <w:t>Describing what people do and expressing what people like What is your job? —I’m a doctor. I work at a hospital. —I’m a farmer. I like animals and I work on a f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E4.7.L1: Students will be able to identify other people’s jobs and likes in a short, simple oral text. Speaking</w:t>
              <w:br/>
              <w:t>E4.7.S1: Students will be able to talk about other people’s jobs and likes in simple conversations.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 Jobs</w:t>
              <w:br/>
              <w:t>Describing what people do and expressing what people like What is your job? —I’m a doctor. I work at a hospital. —I’m a farmer. I like animals and I work on a f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E4.7.L1: Students will be able to identify other people’s jobs and likes in a short, simple oral text. Speaking</w:t>
              <w:br/>
              <w:t>E4.7.S1: Students will be able to talk about other people’s jobs and likes in simple conversations.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 Jobs</w:t>
              <w:br/>
              <w:t>Describing what people do and expressing what people like What is your job? —I’m a doctor. I work at a hospital. —I’m a farmer. I like animals and I work on a f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E4.7.L1: Students will be able to identify other people’s jobs and likes in a short, simple oral text. Speaking</w:t>
              <w:br/>
              <w:t>E4.7.S1: Students will be able to talk about other people’s jobs and likes in simple conversations.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 My Clothes</w:t>
              <w:br/>
              <w:t>Describing the weather (Expressing basic needs) What’s the weather like? —It’s rainy today. I need my umbrella. —It’s windy. Put on/wear your coat. What’s the w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E4.8.L1: Students will be able to understand short oral texts about weather conditions and clothing.</w:t>
              <w:br/>
              <w:t>E4.8.L2: Students will be able to recognize the names of the seasons and clothes in short oral texts. Speaking</w:t>
              <w:br/>
              <w:t>E4.8.S1: Students will be able to describe the weather conditions.</w:t>
              <w:br/>
              <w:t>E4.8.S2: Students will be able to name the seasons.</w:t>
              <w:br/>
              <w:t>E4.8.S3: Students will be able to ask and answer simple questions about weather conditions and clothing items in simple conversations.</w:t>
              <w:br/>
              <w:t>E4.8.S4: Students will be able to make simple request about borrowing.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 My Clothes</w:t>
              <w:br/>
              <w:t>Describing the weather (Expressing basic needs) What’s the weather like? —It’s rainy today. I need my umbrella. —It’s windy. Put on/wear your coat. What’s the w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E4.8.L1: Students will be able to understand short oral texts about weather conditions and clothing.</w:t>
              <w:br/>
              <w:t>E4.8.L2: Students will be able to recognize the names of the seasons and clothes in short oral texts. Speaking</w:t>
              <w:br/>
              <w:t>E4.8.S1: Students will be able to describe the weather conditions.</w:t>
              <w:br/>
              <w:t>E4.8.S2: Students will be able to name the seasons.</w:t>
              <w:br/>
              <w:t>E4.8.S3: Students will be able to ask and answer simple questions about weather conditions and clothing items in simple conversations.</w:t>
              <w:br/>
              <w:t>E4.8.S4: Students will be able to make simple request about borrowing.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 My Clothes</w:t>
              <w:br/>
              <w:t>Describing the weather (Expressing basic needs) What’s the weather like? —It’s rainy today. I need my umbrella. —It’s windy. Put on/wear your coat. What’s the w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E4.8.L1: Students will be able to understand short oral texts about weather conditions and clothing.</w:t>
              <w:br/>
              <w:t>E4.8.L2: Students will be able to recognize the names of the seasons and clothes in short oral texts. Speaking</w:t>
              <w:br/>
              <w:t>E4.8.S1: Students will be able to describe the weather conditions.</w:t>
              <w:br/>
              <w:t>E4.8.S2: Students will be able to name the seasons.</w:t>
              <w:br/>
              <w:t>E4.8.S3: Students will be able to ask and answer simple questions about weather conditions and clothing items in simple conversations.</w:t>
              <w:br/>
              <w:t>E4.8.S4: Students will be able to make simple request about borrowing.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9 My Friends</w:t>
              <w:br/>
              <w:t xml:space="preserve">Describing people (Making simple inquiries) Does s/he have blonde hair? What does s/he look like? She is tall and slim. He is young and thin. He has dark hair. 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E4.9.L1: Students will be able to understand the main point in short, clear, simple messages and announcements (e.g., describing people and their features).</w:t>
              <w:br/>
              <w:t>E4.9.L2: Students will be able to understand short, oral texts about possessions. Speaking</w:t>
              <w:br/>
              <w:t>E4.9.S1: Students will be able to describe their friends and other people (family members, teachers, etc.).</w:t>
              <w:br/>
              <w:t>E4.9.S2: Students will be able to ask and answer questions about other people’s physical characteristics.</w:t>
              <w:br/>
              <w:t>E4.9.S3: Students will be able to talk about possessions.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9 My Friends</w:t>
              <w:br/>
              <w:t xml:space="preserve">Describing people (Making simple inquiries) Does s/he have blonde hair? What does s/he look like? She is tall and slim. He is young and thin. He has dark hair. 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E4.9.L1: Students will be able to understand the main point in short, clear, simple messages and announcements (e.g., describing people and their features).</w:t>
              <w:br/>
              <w:t>E4.9.L2: Students will be able to understand short, oral texts about possessions. Speaking</w:t>
              <w:br/>
              <w:t>E4.9.S1: Students will be able to describe their friends and other people (family members, teachers, etc.).</w:t>
              <w:br/>
              <w:t>E4.9.S2: Students will be able to ask and answer questions about other people’s physical characteristics.</w:t>
              <w:br/>
              <w:t>E4.9.S3: Students will be able to talk about possessions.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9 My Friends</w:t>
              <w:br/>
              <w:t xml:space="preserve">Describing people (Making simple inquiries) Does s/he have blonde hair? What does s/he look like? She is tall and slim. He is young and thin. He has dark hair. 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E4.9.L1: Students will be able to understand the main point in short, clear, simple messages and announcements (e.g., describing people and their features).</w:t>
              <w:br/>
              <w:t>E4.9.L2: Students will be able to understand short, oral texts about possessions. Speaking</w:t>
              <w:br/>
              <w:t>E4.9.S1: Students will be able to describe their friends and other people (family members, teachers, etc.).</w:t>
              <w:br/>
              <w:t>E4.9.S2: Students will be able to ask and answer questions about other people’s physical characteristics.</w:t>
              <w:br/>
              <w:t>E4.9.S3: Students will be able to talk about possessions.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9 My Friends</w:t>
              <w:br/>
              <w:t xml:space="preserve">Describing people (Making simple inquiries) Does s/he have blonde hair? What does s/he look like? She is tall and slim. He is young and thin. He has dark hair. 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E4.9.L1: Students will be able to understand the main point in short, clear, simple messages and announcements (e.g., describing people and their features).</w:t>
              <w:br/>
              <w:t>E4.9.L2: Students will be able to understand short, oral texts about possessions. Speaking</w:t>
              <w:br/>
              <w:t>E4.9.S1: Students will be able to describe their friends and other people (family members, teachers, etc.).</w:t>
              <w:br/>
              <w:t>E4.9.S2: Students will be able to ask and answer questions about other people’s physical characteristics.</w:t>
              <w:br/>
              <w:t>E4.9.S3: Students will be able to talk about possessions.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10 Food And Drinks</w:t>
              <w:br/>
              <w:t>Making offers Do you want a sandwich? Want a sandwich? Would you like a sandwich? —No, thanks. I’m full. —Yes, please. What/How about an apple? —Not now, thanks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E4.10.L1: Students will be able to recognize simple words and phrases about food and drinks.</w:t>
              <w:br/>
              <w:t>E4.10.L2: Students will be able to understand the offers about their basic needs.</w:t>
              <w:br/>
              <w:t>E4.10.L3: Students will be able to identify others’ needs and feelings in simple oral texts. Speaking</w:t>
              <w:br/>
              <w:t>E4.10.S1: Students will be able to talk about their basic needs and feelings.</w:t>
              <w:br/>
              <w:t>E4.10.S2: Students will be able to express others’ feelings and their needs.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10 Food And Drinks</w:t>
              <w:br/>
              <w:t>Making offers Do you want a sandwich? Want a sandwich? Would you like a sandwich? —No, thanks. I’m full. —Yes, please. What/How about an apple? —Not now, thanks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E4.10.L1: Students will be able to recognize simple words and phrases about food and drinks.</w:t>
              <w:br/>
              <w:t>E4.10.L2: Students will be able to understand the offers about their basic needs.</w:t>
              <w:br/>
              <w:t>E4.10.L3: Students will be able to identify others’ needs and feelings in simple oral texts. Speaking</w:t>
              <w:br/>
              <w:t>E4.10.S1: Students will be able to talk about their basic needs and feelings.</w:t>
              <w:br/>
              <w:t>E4.10.S2: Students will be able to express others’ feelings and their needs.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10 Food And Drinks</w:t>
              <w:br/>
              <w:t>Making offers Do you want a sandwich? Want a sandwich? Would you like a sandwich? —No, thanks. I’m full. —Yes, please. What/How about an apple? —Not now, thanks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E4.10.L1: Students will be able to recognize simple words and phrases about food and drinks.</w:t>
              <w:br/>
              <w:t>E4.10.L2: Students will be able to understand the offers about their basic needs.</w:t>
              <w:br/>
              <w:t>E4.10.L3: Students will be able to identify others’ needs and feelings in simple oral texts. Speaking</w:t>
              <w:br/>
              <w:t>E4.10.S1: Students will be able to talk about their basic needs and feelings.</w:t>
              <w:br/>
              <w:t>E4.10.S2: Students will be able to express others’ feelings and their needs.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10 Food And Drinks</w:t>
              <w:br/>
              <w:t>Making offers Do you want a sandwich? Want a sandwich? Would you like a sandwich? —No, thanks. I’m full. —Yes, please. What/How about an apple? —Not now, thanks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E4.10.L1: Students will be able to recognize simple words and phrases about food and drinks.</w:t>
              <w:br/>
              <w:t>E4.10.L2: Students will be able to understand the offers about their basic needs.</w:t>
              <w:br/>
              <w:t>E4.10.L3: Students will be able to identify others’ needs and feelings in simple oral texts. Speaking</w:t>
              <w:br/>
              <w:t>E4.10.S1: Students will be able to talk about their basic needs and feelings.</w:t>
              <w:br/>
              <w:t>E4.10.S2: Students will be able to express others’ feelings and their needs.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10 Food And Drinks</w:t>
              <w:br/>
              <w:t>Making offers Do you want a sandwich? Want a sandwich? Would you like a sandwich? —No, thanks. I’m full. —Yes, please. What/How about an apple? —Not now, thanks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E4.10.L1: Students will be able to recognize simple words and phrases about food and drinks.</w:t>
              <w:br/>
              <w:t>E4.10.L2: Students will be able to understand the offers about their basic needs.</w:t>
              <w:br/>
              <w:t>E4.10.L3: Students will be able to identify others’ needs and feelings in simple oral texts. Speaking</w:t>
              <w:br/>
              <w:t>E4.10.S1: Students will be able to talk about their basic needs and feelings.</w:t>
              <w:br/>
              <w:t>E4.10.S2: Students will be able to express others’ feelings and their needs.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10 Food And Drinks</w:t>
            </w:r>
          </w:p>
        </w:tc>
        <w:tc>
          <w:tcPr>
            <w:tcW w:type="dxa" w:w="592"/>
          </w:tcPr>
          <w:p>
            <w:r/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 Haziran Cuma karne · Social Activities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4. Sınıf İngilizce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