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4. Sınıf Sosyal Bilgiler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2018 Sosyal Bilgiler Dersi Öğretim Programı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95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öğrenme alanı, konu, ders saati ve kazanımlar MEB'in 2026-2027 çerçeve yıllık planından (tymm.meb.gov.tr) alınmıştır. Yıllık ders saati tablodaki haftalık saatlerin toplamıdır.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Alanı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Öğrenme Alanı: Birey ve Toplum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SB.4.1.1: Resmî kimlik belgesini inceleyerek kişisel kimliğine ilişkin çıkarımlarda bulunur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Kimliğim ve Hayatımın Olayları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Öğrenme Alanı: Birey ve Toplum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SB.4.1.2: Yaşamına ilişkin belli başlı olayları kronolojik sıraya koyar.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Kimliğim ve Hayatımın Olayları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Öğrenme Alanı: Birey ve Toplum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SB.4.1.3: Bireysel ilgi, ihtiyaç ve yeteneklerini tanır.</w:t>
              <w:br/>
              <w:t>SB.4.1.4: Kendisini farklı özelliklere sahip diğer bireylerin yerine koyar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İlgi, Yetenek ve Farklılıklar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Öğrenme Alanı: Birey ve Toplum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SB.4.1.4: Kendisini farklı özelliklere sahip diğer bireylerin yerine koyar</w:t>
              <w:br/>
              <w:t>SB.4.1.5: Diğer bireylerin farklı özelliklerini saygı ile karşılar.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İlgi, Yetenek ve Farklılıklar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Öğrenme Alanı: Kültür ve Miras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SB.4.2.1: Sözlü, yazılı, görsel kaynaklar ve nesnelerden yararlanarak aile tarihi çalışması yapar.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Aile Tarihim ve Kültürümüz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Öğrenme Alanı: Kültür ve Miras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SB.4.2.2: Ailesi ve çevresindeki millî kültürü yansıtan ögeleri araştırarak örnekler verir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Aile Tarihim ve Kültürümüz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Öğrenme Alanı: Kültür ve Miras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SB.4.2.2: Ailesi ve çevresindeki millî kültürü yansıtan ögeleri araştırarak örnekler verir</w:t>
              <w:br/>
              <w:t>SB.4.2.3: Geleneksel çocuk oyunlarını değişim ve süreklilik açısından günümüzdeki oyunlarla karşılaştırır.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Aile Tarihim ve Kültürümüz Seti (7 yaprak)</w:t>
              <w:br/>
              <w:t>Geleneksel Çocuk Oyunları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Öğrenme Alanı: Kültür ve Miras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SB.4.2.3: Geleneksel çocuk oyunlarını değişim ve süreklilik açısından günümüzdeki oyunlarla karşılaştırır.</w:t>
              <w:br/>
              <w:t>SB.4.2.4: Millî Mücadele kahramanlarının hayatlarından hareketle Millî Mücadele’nin önemini kavrar.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Geleneksel Çocuk Oyunları Seti (6 yaprak)</w:t>
              <w:br/>
              <w:t>Millî Mücadele Kahramanları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Öğrenme Alanı: Kültür ve Miras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SB.4.2.4: Millî Mücadele kahramanlarının hayatlarından hareketle Millî Mücadele’nin önemini kavrar.</w:t>
              <w:br/>
              <w:t>SB.4.3.1: Çevresindeki herhangi bir yerin konumu ile ilgili çıkarımlarda bulunur.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Millî Mücadele Kahramanları Seti (7 yaprak)</w:t>
              <w:br/>
              <w:t>Konum ve Yön Bulma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Öğrenme Alanı: İnsanlar, Yerler ve Çevreler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SB.4.3.1: Çevresindeki herhangi bir yerin konumu ile ilgili çıkarımlarda bulunur.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Konum ve Yön Bulma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Öğrenme Alanı: İnsanlar, Yerler ve Çevreler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SB.4.3.2: Günlük yaşamında kullandığı mekânların krokisini çizer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Kroki Çiziyorum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Öğrenme Alanı: İnsanlar, Yerler ve Çevreler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SB.4.3.3: Yaşadığı çevredeki doğal ve beşerî unsurları ayırt eder.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Çevrem ve Hava Olayları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Öğrenme Alanı: İnsanlar, Yerler ve Çevreler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SB.4.3.4: Çevresinde meydana gelen hava olaylarını gözlemleyerek bulgularını resimli grafiklere aktarır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Çevrem ve Hava Olayları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Öğrenme Alanı: İnsanlar, Yerler ve Çevreler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SB.4.3.5: Yaşadığı yer ve çevresindeki yer şekilleri ve nüfus özellikleri hakkında çıkarımlarda bulunur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Yer Şekilleri ve Nüfus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Öğrenme Alanı: İnsanlar, Yerler ve Çevreler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SB.4.3.6: Afet öncesi, sırası ve sonrasına yönelik gerekli hazırlıkları yapar.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Doğal Afetlere Hazırlık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Öğrenme Alanı: İnsanlar, Yerler ve Çevreler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SB.4.3.6: Afet öncesi, sırası ve sonrasına yönelik gerekli hazırlıkları yapar.</w:t>
              <w:br/>
              <w:t>SB.4.4.1: Çevresindeki teknolojik ürünleri, kullanım alanlarına göre sınıflandırır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Doğal Afetlere Hazırlık Seti (6 yaprak)</w:t>
              <w:br/>
              <w:t>Teknolojik Ürünler ve Mucitler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Öğrenme Alanı: Bilim, Teknoloji ve Toplum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SB.4.4.2: Teknolojik ürünlerin geçmişteki ve bugünkü kullanımlarını karşılaştırır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Teknolojik Ürünler ve Mucitler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Öğrenme Alanı: Bilim, Teknoloji ve Toplum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SB.4.4.2: Teknolojik ürünlerin geçmişteki ve bugünkü kullanımlarını karşılaştırır</w:t>
              <w:br/>
              <w:t>SB.4.4.3: Kullandığı teknolojik ürünlerin mucitlerini ve bu ürünlerin zaman içerisindeki gelişimini araştırır.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Teknolojik Ürünler ve Mucitler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Öğrenme Alanı: Bilim, Teknoloji ve Toplum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SB.4.4.3: Kullandığı teknolojik ürünlerin mucitlerini ve bu ürünlerin zaman içerisindeki gelişimini araştırır.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Öğrenme Alanı: Bilim, Teknoloji ve Toplum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SB.4.4.4: Çevresindeki ihtiyaçlardan yola çıkarak kendine özgü ürünler tasarlamaya yönelik fikirler geliştirir.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Öğrenme Alanı: Bilim, Teknoloji ve Toplum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SB.4.4.5: Teknolojik ürünleri kendisine, başkalarına ve doğaya zarar vermeden kullanır</w:t>
              <w:br/>
              <w:t>SB.4.5.1: İstek ve ihtiyaçlarını ayırt ederek ikisi arasında bilinçli seçimler yapar.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Üretim, Dağıtım ve Tüketim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SB.4.5.1: İstek ve ihtiyaçlarını ayırt ederek ikisi arasında bilinçli seçimler yapar.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Üretim, Dağıtım ve Tüketim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SB.4.5.2: Ailesi ve yakın çevresindeki başlıca ekonomik faaliyetleri tanır.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Üretim, Dağıtım ve Tüketim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SB.4.5.3: Sorumluluk sahibi bir birey olarak bilinçli tüketici davranışları sergiler.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Üretim, Dağıtım ve Tüketim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SB.4.5.4: Kendine ait örnek bir bütçe oluşturur.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Üretim, Dağıtım ve Tüketim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SB.4.5.5: Çevresindeki kaynakları israf etmeden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Üretim, Dağıtım ve Tüketim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SB.4.5.5: Çevresindeki kaynakları israf etmeden kullanır.</w:t>
              <w:br/>
              <w:t>SB.4.6.1: Çocuk olarak sahip olduğu haklara örnekler verir.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Etkin Vatandaşlık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SB.4.6.1: Çocuk olarak sahip olduğu haklara örnekler verir.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Etkin Vatandaşlık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SB.4.6.2: Aile ve okul yaşamındaki söz ve eylemlerinin sorumluluğunu alır.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Etkin Vatandaşlık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SB.4.6.3: Okul yaşamında gerekli gördüğü eğitsel sosyal etkinlikleri önerir.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Etkin Vatandaşlık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SB.4.6.4: Ülkesinin bağımsızlığı ile bireysel özgürlüğü arasındaki ilişkiyi açıklar.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Etkin Vatandaşlık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SB.4.6.4: Ülkesinin bağımsızlığı ile bireysel özgürlüğü arasındaki ilişkiyi açıklar.</w:t>
              <w:br/>
              <w:t>SB.4.7.1: Dünya üzerindeki çeşitli ülkeleri tanıtır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Küresel Bağlantılar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SB.4.7.1: Dünya üzerindeki çeşitli ülkeleri tanıtır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Küresel Bağlantılar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SB.4.7.2: Türkiye’nin komşuları ve diğer Türk Cumhuriyetleri ile olan ilişkilerini kavrar.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Küresel Bağlantılar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SB.4.7.3: Farklı ülkelere ait kültürel unsurlarla ülkemizin sahip olduğu kültürel unsurları karşılaştırır.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Küresel Bağlantılar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SB.4.7.4: Farklı kültürlere saygı gösterir.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Küresel Bağlantılar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4. Sınıf Sosyal Bilgiler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