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4. Sınıf Türkçe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2019 Türkçe Dersi Öğretim Programı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288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okuma metni, ders saati ve kazanımlar MEB'in 2026-2027 çerçeve yıllık planından (tymm.meb.gov.tr) alınmıştır. Yıllık ders saati tablodaki haftalık saatlerin toplamıdır.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Metin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Okuma Kültürü</w:t>
              <w:br/>
              <w:t>Türkçe Konuş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T.4.2.6: Konuşmalarında yabancı dillerden alınmış, dilimize henüz yerleşmemiş kelimelerin Türkçelerini kullanır.</w:t>
              <w:br/>
              <w:t>T.4.3.3: Şiir okur.</w:t>
              <w:br/>
              <w:t>T.4.3.2: Vurgu, tonlama ve telaffuza dikkat ederek okur.</w:t>
              <w:br/>
              <w:t>T.4.3.7: Kelimelerin zıt anlamlılarını bulur.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T.4.3.21: Okuduğu metnin içeriğine uygun başlık belirler.</w:t>
              <w:br/>
              <w:t>T.4.3.28: Okudukları ile ilgili çıkarımlar yapar.</w:t>
              <w:br/>
              <w:t>T.4.4.1: Şiir yazar.</w:t>
              <w:br/>
              <w:t>T.4.4.10: Büyük harfleri ve noktalama işaretlerini uygun yerlerde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Güzel Türkçem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Okuma Kültürü</w:t>
              <w:br/>
              <w:t>Evimizdeki Kütüphane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T.4.3.5: Farklı yazı karakterleri ile yazılmış yazıları okur.</w:t>
              <w:br/>
              <w:t>T.4.3.7: Kelimelerin zıt anlamlılarını bulur.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T.4.3.23: Metin türlerini ayırt eder.</w:t>
              <w:br/>
              <w:t>T.4.3.25: Yönergeleri kavrar.</w:t>
              <w:br/>
              <w:t>T.4.3.36: Bilgi kaynaklarının güvenilirliğini sorgular.</w:t>
              <w:br/>
              <w:t>T.4.4.10: Büyük harfleri ve noktalama işaretlerini uygun yerlerde kullanır.</w:t>
              <w:br/>
              <w:t>T.4.4.20: Harflerin yapısal özelliklerine uygun metin yazar.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Evimizdeki Kütüphane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Okuma Kültürü</w:t>
              <w:br/>
              <w:t>Dijital Tayfa: Yanlış Haber Yağmuru (İzleme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T.4.1.1: Görselden/görsellerden hareketle dinleyeceği/izleyeceği metnin konusunu tahmin eder.</w:t>
              <w:br/>
              <w:t>T.4.1.4: Dinlediklerinde/izlediklerinde geçen, bilmediği kelimelerin anlamını tahmin eder.</w:t>
              <w:br/>
              <w:t>T.4.1.5: Dinlediklerinin/izlediklerinin konusunu belirler.</w:t>
              <w:br/>
              <w:t>T.4.1.6: Dinlediklerinin/izlediklerinin ana fikrini/ana duygusunu belirler.</w:t>
              <w:br/>
              <w:t>T.4.1.7: Dinlediklerine/izlediklerine yönelik sorulara cevap verir.</w:t>
              <w:br/>
              <w:t>T.4.1.11: Dinlediklerinin/izlediklerinin içeriğini değerlendirir.</w:t>
              <w:br/>
              <w:t>T.4.1.12: Dinleme stratejilerini uygular.</w:t>
              <w:br/>
              <w:t>T.4.2.2: Hazırlıksız konuşmalar yapar.</w:t>
              <w:br/>
              <w:t>T.4.2.3: Hazırlıklı konuşmalar yapar.</w:t>
              <w:br/>
              <w:t>T.4.3.8: Kelimelerin eş anlamlılarını bulur.</w:t>
              <w:br/>
              <w:t>T.4.3.32: Kısa ve basit dijital metinlerdeki mesajı kavrar.</w:t>
              <w:br/>
              <w:t>T.4.4.10: Büyük harfleri ve noktalama işaretlerini uygun yerlerde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Paylaşmadan Önce Düşün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Okuma Kültürü</w:t>
              <w:br/>
              <w:t>Kitaplar Ne İşe Yarar? / Hikâyesi Olmayan Kitap (Serbest Okuma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T.4.3.5: Farklı yazı karakterleri ile yazılmış yazıları okur.</w:t>
              <w:br/>
              <w:t>T.4.3.7: Kelimelerin zıt anlamlılarını bulur.</w:t>
              <w:br/>
              <w:t>T.4.3.8: Kelimelerin eş anlamlılarını bulur.</w:t>
              <w:br/>
              <w:t>T.4.3.18: Okuduğu metinle ilgili soruları cevaplar.</w:t>
              <w:br/>
              <w:t>T.4.3.26: Metindeki gerçek ve hayalî ögeleri ayırt eder.</w:t>
              <w:br/>
              <w:t>T.4.3.29: Görsellerle okuduğu metnin içeriğini ilişkilendirir.</w:t>
              <w:br/>
              <w:t>T.4.3.20: Okuduğu metinlerdeki hikâye unsurlarını belirler.</w:t>
              <w:br/>
              <w:t>T.4.4.3: Hikâye edici metin yazar.</w:t>
              <w:br/>
              <w:t>T.4.4.7: Yazdıklarının içeriğine uygun başlık belirler.</w:t>
              <w:br/>
              <w:t>T.4.4.9: Formları yönergelerine uygun doldurur.</w:t>
              <w:br/>
              <w:t>T.4.4.10: Büyük harfleri ve noktalama işaretlerini uygun yerlerde kullanır.</w:t>
              <w:br/>
              <w:t>T.4.4.20: Harflerin yapısal özelliklerine uygun metin yazar.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Boş Sayfalı Kitap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Mücadele ve Atatürk</w:t>
              <w:br/>
              <w:t>Gözüm Arkada Kalmayacak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T.4.3.9: Eş sesli kelimelerin anlamlarını ayırt eder.</w:t>
              <w:br/>
              <w:t>T.4.3.11: Deyim ve atasözlerinin metnin anlamına katkısını kavrar.</w:t>
              <w:br/>
              <w:t>T.4.3.12: Bağlamdan yararlanarak bilmediği kelime ve kelime gruplarının anlamını tahmin eder.</w:t>
              <w:br/>
              <w:t>T.4.3.15: Okuduklarını ana hatlarıyla anlatır.</w:t>
              <w:br/>
              <w:t>T.4.3.26: Metindeki gerçek ve hayalî ögeleri ayırt eder.</w:t>
              <w:br/>
              <w:t>T.4.3.29: Görsellerle okuduğu metnin içeriğini ilişkilendirir.</w:t>
              <w:br/>
              <w:t>T.4.4.10: Büyük harfleri ve noktalama işaretlerini uygun yerlerde kullanır.</w:t>
              <w:br/>
              <w:t>T.4.4.13: Yazılarında eş sesli kelimeleri anlamlarına uygun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Samsun'a Doğru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Mücadele ve Atatürk</w:t>
              <w:br/>
              <w:t>Mehmet Âkif Ersoy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T.4.3.28: Okudukları ile ilgili çıkarımlar yapar.</w:t>
              <w:br/>
              <w:t>T.4.3.31: Metinler arasında karşılaştırma yapar.</w:t>
              <w:br/>
              <w:t>T.4.4.10: Büyük harfleri ve noktalama işaretlerini uygun yerlerde kullanır.</w:t>
              <w:br/>
              <w:t>T.4.4.20: Harflerin yapısal özelliklerine uygun metin yazar.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Marşımızın Şairi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Mücadele ve Atatürk</w:t>
              <w:br/>
              <w:t>Hacı İbrahim Efendi: Mehmetçiğe Dikilen Botlar (Dinleme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T.4.1.3: Dinlediği/izlediği metni ana hatlarıyla anlatır.</w:t>
              <w:br/>
              <w:t>T.4.1.4: Dinlediklerinde/izlediklerinde geçen, bilmediği kelimelerin anlamını tahmin eder.</w:t>
              <w:br/>
              <w:t>T.4.1.5: Dinlediklerinin/izlediklerinin konusunu belirler.</w:t>
              <w:br/>
              <w:t>T.4.1.6: Dinlediklerinin/izlediklerinin ana fikrini/ana duygusunu belirler.</w:t>
              <w:br/>
              <w:t>T.4.1.7: Dinlediklerine/izlediklerine yönelik sorulara cevap verir.</w:t>
              <w:br/>
              <w:t>T.4.1.12: Dinleme stratejilerini uygular.</w:t>
              <w:br/>
              <w:t>T.4.2.2: Hazırlıksız konuşmalar yapar.</w:t>
              <w:br/>
              <w:t>T.4.2.5: Sınıf içindeki tartışma ve konuşmalara katılır.</w:t>
              <w:br/>
              <w:t>T.4.3.10: Okuduğu metindeki gerçek, mecaz ve terim anlamlı sözcükleri belirler.</w:t>
              <w:br/>
              <w:t>T.4.3.28: Okudukları ile ilgili çıkarımlar yapar.</w:t>
              <w:br/>
              <w:t>T.4.4.9: Formları yönergelerine uygun doldurur.</w:t>
              <w:br/>
              <w:t>T.4.4.12: Yazdıklarını paylaşır.</w:t>
              <w:br/>
              <w:t>T.4.4.21: Yazma stratejilerini uygular.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Cepheye Giden Çizmeler Seti (11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Mücadele ve Atatürk</w:t>
              <w:br/>
              <w:t>Çanakkale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T.4.3.2: Vurgu, tonlama ve telaffuza dikkat ederek okur.</w:t>
              <w:br/>
              <w:t>T.4.3.3: Şiir okur.</w:t>
              <w:br/>
              <w:t>T.4.3.9: Eş sesli kelimelerin anlamlarını ayırt eder.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T.4.3.28: Okudukları ile ilgili çıkarımlar yapar.</w:t>
              <w:br/>
              <w:t>T.4.4.1: Şiir yazar.</w:t>
              <w:br/>
              <w:t>T.4.4.2: Bir işin işlem basamaklarına ilişkin yönergeler yazar.</w:t>
              <w:br/>
              <w:t>T.4.4.7: Yazdıklarının içeriğine uygun başlık belirler.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Çanakkale Yolculuğu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Mücadele ve Atatürk</w:t>
              <w:br/>
              <w:t>Çanakkale / Çanakkale Geçilmez Mustafa Kemal Yenilmez (Serbest Okuma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T.4.3.2: Vurgu, tonlama ve telaffuza dikkat ederek okur.</w:t>
              <w:br/>
              <w:t>T.4.3.28: Okudukları ile ilgili çıkarımlar yapar.</w:t>
              <w:br/>
              <w:t>T.4.4.2: Bir işin işlem basamaklarına ilişkin yönergeler yazar.</w:t>
              <w:br/>
              <w:t>T.4.4.15: İmza atar.</w:t>
              <w:br/>
              <w:t>T.4.4.13: Yazılarında eş sesli kelimeleri anlamlarına uygun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Conkbayırı'ndaki Saat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Erdemler</w:t>
              <w:br/>
              <w:t>İyileştirici Güç: Sevgi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T.4.3.6: Okuma stratejilerini uygular.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T.4.3.20: Okuduğu metinlerdeki hikâye unsurlarını belirler.</w:t>
              <w:br/>
              <w:t>T.4.3.21: Okuduğu metnin içeriğine uygun başlık belirler.</w:t>
              <w:br/>
              <w:t>T.4.3.26: Metindeki gerçek ve hayalî ögeleri ayırt eder.</w:t>
              <w:br/>
              <w:t>T.4.3.28: Okudukları ile ilgili çıkarımlar yapar.</w:t>
              <w:br/>
              <w:t>T.4.4.10: Büyük harfleri ve noktalama işaretlerini uygun yerlerde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Kanadı Kırık Serçe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Erdemler</w:t>
              <w:br/>
              <w:t>Maysa ile Bulut (İzleme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T.4.1.4: Dinlediklerinde/izlediklerinde geçen, bilmediği kelimelerin anlamını tahmin eder.</w:t>
              <w:br/>
              <w:t>T.4.1.5: Dinlediklerinin/izlediklerinin konusunu belirler.</w:t>
              <w:br/>
              <w:t>T.4.1.6: Dinlediklerinin/izlediklerinin ana fikrini/ana duygusunu belirler.</w:t>
              <w:br/>
              <w:t>T.4.1.7: Dinlediklerine/izlediklerine yönelik sorulara cevap verir.</w:t>
              <w:br/>
              <w:t>T.4.1.8: Dinlediklerine/izlediklerine farklı başlıklar önerir.</w:t>
              <w:br/>
              <w:t>T.4.1.10: Dinlediği/izlediği hikâye edici metinleri canlandırır.</w:t>
              <w:br/>
              <w:t>T.4.1.12: Dinleme stratejilerini uygular.</w:t>
              <w:br/>
              <w:t>T.4.2.2: Hazırlıksız konuşmalar yapar.</w:t>
              <w:br/>
              <w:t>T.4.2.5: Sınıf içindeki tartışma ve konuşmalara katılır.</w:t>
              <w:br/>
              <w:t>T.4.3.34: Grafik, tablo ve çizelgelerle ilgili soruları cevaplar.</w:t>
              <w:br/>
              <w:t>T.4.4.2: Bir işin işlem basamaklarına ilişkin yönergeler yazar.</w:t>
              <w:br/>
              <w:t>T.4.4.10: Büyük harfleri ve noktalama işaretlerini uygun yerlerde kullanır.</w:t>
              <w:br/>
              <w:t>T.4.4.19: Yazılarında kelimeleri gerçek, mecaz ve terim anlamları ile kullanır.</w:t>
              <w:br/>
              <w:t>T.4.4.12: Yazdıklarını paylaşır.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Mavi Tasma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Erdemler</w:t>
              <w:br/>
              <w:t>Hasta Ziyareti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T.4.3.11: Deyim ve atasözlerinin metnin anlamına katkısını kavrar.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T.4.3.25: Yönergeleri kavrar.</w:t>
              <w:br/>
              <w:t>T.4.3.27: Okuduğu metindeki kahramanların özelliklerini karşılaştırır.</w:t>
              <w:br/>
              <w:t>T.4.4.3: Hikâye edici metin yazar.</w:t>
              <w:br/>
              <w:t>T.4.4.4: Bilgilendirici metin yazar.</w:t>
              <w:br/>
              <w:t>T.4.4.10: Büyük harfleri ve noktalama işaretlerini uygun yerlerde kullanır.</w:t>
              <w:br/>
              <w:t>T.4.4.12: Yazdıklarını paylaşır.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Geçmiş Olsun Arda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Erdemler</w:t>
              <w:br/>
              <w:t>Çiftçi ve Oğulları / İyi Dilekler Günü (Serbest Okuma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T.4.3.2: Vurgu, tonlama ve telaffuza dikkat ederek okur.</w:t>
              <w:br/>
              <w:t>T.4.3.3: Şiir okur.</w:t>
              <w:br/>
              <w:t>T.4.3.8: Kelimelerin eş anlamlılarını bulur.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T.4.3.28: Okudukları ile ilgili çıkarımlar yapar.</w:t>
              <w:br/>
              <w:t>T.4.4.10: Büyük harfleri ve noktalama işaretlerini uygun yerlerde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Köyde İmece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 ve Teknoloji</w:t>
              <w:br/>
              <w:t>Bilim Nedir?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T.4.3.10: Okuduğu metindeki gerçek, mecaz ve terim anlamlı sözcükleri belirler.</w:t>
              <w:br/>
              <w:t>T.4.3.12: Bağlamdan yararlanarak bilmediği kelime ve kelime gruplarının anlamını tahmin eder.</w:t>
              <w:br/>
              <w:t>T.4.3.18: Okuduğu metinle ilgili soruları cevaplar.</w:t>
              <w:br/>
              <w:t>T.4.3.34: Grafik, tablo ve çizelgelerle ilgili soruları cevaplar.</w:t>
              <w:br/>
              <w:t>T.4.4.8: Yazdıklarında yabancı dillerden alınmış, dilimize henüz yerleşmemiş kelimelerin Türkçelerini kullanır.</w:t>
              <w:br/>
              <w:t>T.4.4.18: Yazılarında bağlaçları kuralına uygun kullanır.</w:t>
              <w:br/>
              <w:t>T.4.4.19: Yazılarında kelimeleri gerçek, mecaz ve terim anlamları ile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Küçük Bilim İnsanları Seti (12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 ve Teknoloji</w:t>
              <w:br/>
              <w:t>Olimpiyatların Arkasındaki Bilim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T.4.3.34: Grafik, tablo ve çizelgelerle ilgili soruları cevaplar.</w:t>
              <w:br/>
              <w:t>T.4.3.37: Okuduğu metindeki olaylara ilişkin düşüncelerini ifade eder.</w:t>
              <w:br/>
              <w:t>T.4.4.18: Yazılarında bağlaçları kuralına uygun kullanır.</w:t>
              <w:br/>
              <w:t>T.4.4.9: Formları yönergelerine uygun doldurur.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Sporun Bilimi Seti (11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 ve Teknoloji</w:t>
              <w:br/>
              <w:t>Hayata Varım (Dinleme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T.4.1.1: Görselden/görsellerden hareketle dinleyeceği/izleyeceği metnin konusunu tahmin eder.</w:t>
              <w:br/>
              <w:t>T.4.1.4: Dinlediklerinde/izlediklerinde geçen, bilmediği kelimelerin anlamını tahmin eder.</w:t>
              <w:br/>
              <w:t>T.4.1.5: Dinlediklerinin/izlediklerinin konusunu belirler.</w:t>
              <w:br/>
              <w:t>T.4.1.6: Dinlediklerinin/izlediklerinin ana fikrini/ana duygusunu belirler.</w:t>
              <w:br/>
              <w:t>T.4.1.7: Dinlediklerine/izlediklerine yönelik sorulara cevap verir.</w:t>
              <w:br/>
              <w:t>T.4.1.8: Dinlediklerine/izlediklerine farklı başlıklar önerir.</w:t>
              <w:br/>
              <w:t>T.4.1.9: Dinledikleriyle/izledikleriyle ilgili görüşlerini ifade eder.</w:t>
              <w:br/>
              <w:t>T.4.2.2: Hazırlıksız konuşmalar yapar.</w:t>
              <w:br/>
              <w:t>T.4.3.22: Şekil, sembol ve işaretlerin anlamlarını kavrar.</w:t>
              <w:br/>
              <w:t>T.4.3.28: Okudukları ile ilgili çıkarımlar yapar.</w:t>
              <w:br/>
              <w:t>T.4.4.12: Yazdıklarını paylaşır.</w:t>
              <w:br/>
              <w:t>T.4.4.14: Yazdıklarını zenginleştirmek için çizim, grafik ve görseller kullanır.</w:t>
              <w:br/>
              <w:t>T.4.4.18: Yazılarında bağlaçları kuralına uygun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Herkes İçin Rampa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 ve Teknoloji</w:t>
              <w:br/>
              <w:t>Otomobil Uçar Gider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T.4.3.1: Noktalama işaretlerine dikkat ederek sesli ve sessiz okur.</w:t>
              <w:br/>
              <w:t>T.4.3.11: Deyim ve atasözlerinin metnin anlamına katkısını kavrar.</w:t>
              <w:br/>
              <w:t>T.4.3.12: Bağlamdan yararlanarak bilmediği kelime ve kelime gruplarının anlamını tahmin eder.</w:t>
              <w:br/>
              <w:t>T.4.3.15: Okuduklarını ana hatlarıyla anlatır.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T.4.3.26: Metindeki gerçek ve hayalî ögeleri ayırt eder.</w:t>
              <w:br/>
              <w:t>T.4.4.10: Büyük harfleri ve noktalama işaretlerini uygun yerlerde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Uçan Otomobil Seti (11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 ve Teknoloji</w:t>
              <w:br/>
              <w:t>Otomobil Uçar Gider / Robotları Ustası, El Cezerî (Serbest Okuma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T.4.3.22: Şekil, sembol ve işaretlerin anlamlarını kavrar.</w:t>
              <w:br/>
              <w:t>T.4.3.25: Yönergeleri kavrar.</w:t>
              <w:br/>
              <w:t>T.4.4.10: Büyük harfleri ve noktalama işaretlerini uygun yerlerde kullanır.</w:t>
              <w:br/>
              <w:t>T.4.4.14: Yazdıklarını zenginleştirmek için çizim, grafik ve görseller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Robotların Ustası Seti (11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Evren</w:t>
              <w:br/>
              <w:t>Alo! Kayın Ağacı mı?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T.4.2.4: Konuşma stratejilerini uygular.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T.4.3.15: Okuduklarını ana hatlarıyla anlatır.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T.4.3.21: Okuduğu metnin içeriğine uygun başlık belirler.</w:t>
              <w:br/>
              <w:t>T.4.4.5: Hayalî ögeler barındıran kısa metin yazar.</w:t>
              <w:br/>
              <w:t>T.4.4.7: Yazdıklarının içeriğine uygun başlık belirler.</w:t>
              <w:br/>
              <w:t>T.4.4.9: Formları yönergelerine uygun doldurur.</w:t>
              <w:br/>
              <w:t>T.4.4.12: Yazdıklarını paylaşır.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Evren</w:t>
              <w:br/>
              <w:t>Güneş Nasıl Çalışır?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T.4.3.10: Okuduğu metindeki gerçek, mecaz ve terim anlamlı sözcükleri belirler.</w:t>
              <w:br/>
              <w:t>T.4.3.12: Bağlamdan yararlanarak bilmediği kelime ve kelime gruplarının anlamını tahmin eder.</w:t>
              <w:br/>
              <w:t>T.4.3.18: Okuduğu metinle ilgili soruları cevaplar.</w:t>
              <w:br/>
              <w:t>T.4.3.28: Okudukları ile ilgili çıkarımlar yapar.</w:t>
              <w:br/>
              <w:t>T.4.3.30: Metindeki renkli, altı çizili, koyu ifadelerin önemli noktaları vurguladığını kavrar.</w:t>
              <w:br/>
              <w:t>T.4.4.4: Bilgilendirici metin yazar.</w:t>
              <w:br/>
              <w:t>T.4.4.7: Yazdıklarının içeriğine uygun başlık belirler.</w:t>
              <w:br/>
              <w:t>T.4.4.10: Büyük harfleri ve noktalama işaretlerini uygun yerlerde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Evren</w:t>
              <w:br/>
              <w:t>Orman Dostları: Ağaçlandırma (İzleme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T.4.1.1: Görselden/görsellerden hareketle dinleyeceği/izleyeceği metnin konusunu tahmin eder.</w:t>
              <w:br/>
              <w:t>T.4.1.3: Dinlediği/izlediği metni ana hatlarıyla anlatır.</w:t>
              <w:br/>
              <w:t>T.4.1.4: Dinlediklerinde/izlediklerinde geçen, bilmediği kelimelerin anlamını tahmin eder.</w:t>
              <w:br/>
              <w:t>T.4.1.5: Dinlediklerinin/izlediklerinin konusunu belirler.</w:t>
              <w:br/>
              <w:t>T.4.1.6: Dinlediklerinin/izlediklerinin ana fikrini/ana duygusunu belirler.</w:t>
              <w:br/>
              <w:t>T.4.1.7: Dinlediklerine/izlediklerine yönelik sorulara cevap verir.</w:t>
              <w:br/>
              <w:t>T.4.1.13: Konuşmacının sözlü olmayan mesajlarını kavrar.</w:t>
              <w:br/>
              <w:t>T.4.2.2: Hazırlıksız konuşmalar yapar.</w:t>
              <w:br/>
              <w:t>T.4.2.3: Hazırlıklı konuşmalar yapar.</w:t>
              <w:br/>
              <w:t>T.4.3.22: Şekil, sembol ve işaretlerin anlamlarını kavrar.</w:t>
              <w:br/>
              <w:t>T.4.3.25: Yönergeleri kavrar.</w:t>
              <w:br/>
              <w:t>T.4.3.28: Okudukları ile ilgili çıkarımlar yapar.</w:t>
              <w:br/>
              <w:t>T.4.4.2: Bir işin işlem basamaklarına ilişkin yönergeler yazar.</w:t>
              <w:br/>
              <w:t>T.4.4.4: Bilgilendirici metin yazar.</w:t>
              <w:br/>
              <w:t>T.4.4.7: Yazdıklarının içeriğine uygun başlık belirler.</w:t>
              <w:br/>
              <w:t>T.4.4.14: Yazdıklarını zenginleştirmek için çizim, grafik ve görseller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Evren</w:t>
              <w:br/>
              <w:t>Gökyüzünde Bir Yarış / Nedir Bu İklim Değişikliği? (Serbest Okuma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T.4.2.4: Konuşma stratejilerini uygular.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T.4.3.2: Vurgu, tonlama ve telaffuza dikkat ederek okur.</w:t>
              <w:br/>
              <w:t>T.4.3.3: Şiir okur.</w:t>
              <w:br/>
              <w:t>T.4.3.10: Okuduğu metindeki gerçek, mecaz ve terim anlamlı sözcükleri belirler.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T.4.3.21: Okuduğu metnin içeriğine uygun başlık belirler.</w:t>
              <w:br/>
              <w:t>T.4.4.1: Şiir yazar.</w:t>
              <w:br/>
              <w:t>T.4.4.7: Yazdıklarının içeriğine uygun başlık belirler.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Kültürümüz</w:t>
              <w:br/>
              <w:t>Anadolu Bacıları (Anadolu Kadınlar Birliği)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T.4.3.13: Görsellerle ilgili soruları cevaplar.</w:t>
              <w:br/>
              <w:t>T.4.3.18: Okuduğu metinle ilgili soruları cevaplar.</w:t>
              <w:br/>
              <w:t>T.4.3.29: Görsellerle okuduğu metnin içeriğini ilişkilendirir.</w:t>
              <w:br/>
              <w:t>T.4.4.4: Bilgilendirici metin yazar.</w:t>
              <w:br/>
              <w:t>T.4.4.10: Büyük harfleri ve noktalama işaretlerini uygun yerlerde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Kültürümüz</w:t>
              <w:br/>
              <w:t>Dünyanın İlk Alışveriş Merkezi: Kapalıçarşı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T.4.3.8: Kelimelerin eş anlamlılarını bulur.</w:t>
              <w:br/>
              <w:t>T.4.3.12: Bağlamdan yararlanarak bilmediği kelime ve kelime gruplarının anlamını tahmin eder.</w:t>
              <w:br/>
              <w:t>T.4.3.15: Okuduklarını ana hatlarıyla anlatır.</w:t>
              <w:br/>
              <w:t>T.4.3.18: Okuduğu metinle ilgili soruları cevaplar.</w:t>
              <w:br/>
              <w:t>T.4.3.21: Okuduğu metnin içeriğine uygun başlık belirler.</w:t>
              <w:br/>
              <w:t>T.4.3.29: Görsellerle okuduğu metnin içeriğini ilişkilendirir.</w:t>
              <w:br/>
              <w:t>T.4.4.12: Yazdıklarını paylaşır.</w:t>
              <w:br/>
              <w:t>T.4.4.16: Kısaltmaları ve kısaltmalara gelen ekleri doğru yazar.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Kültürümüz</w:t>
              <w:br/>
              <w:t>Zamane Kedisi Fıldır: Yatıya Misafir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T.4.3.18: Okuduğu metinle ilgili soruları cevaplar.</w:t>
              <w:br/>
              <w:t>T.4.3.24: Hikâye edici ve bilgilendirici metinleri oluşturan ögeleri tanır.</w:t>
              <w:br/>
              <w:t>T.4.3.26: Metindeki gerçek ve hayalî ögeleri ayırt eder.</w:t>
              <w:br/>
              <w:t>T.4.3.28: Okudukları ile ilgili çıkarımlar yapar.</w:t>
              <w:br/>
              <w:t>T.4.3.37: Okuduğu metindeki olaylara ilişkin düşüncelerini ifade eder.</w:t>
              <w:br/>
              <w:t>T.4.4.10: Büyük harfleri ve noktalama işaretlerini uygun yerlerde kullanır.</w:t>
              <w:br/>
              <w:t>T.4.4.20: Harflerin yapısal özelliklerine uygun metin yazar.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Kültürümüz</w:t>
              <w:br/>
              <w:t>Geleneksel Türk Okçuluğu (İzleme Metni) / Keloğlan’ın Fasulyesi (Serbest Okuma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T.4.1.1: Görselden/görsellerden hareketle dinleyeceği/izleyeceği metnin konusunu tahmin eder.</w:t>
              <w:br/>
              <w:t>T.4.1.4: Dinlediklerinde/izlediklerinde geçen, bilmediği kelimelerin anlamını tahmin eder.</w:t>
              <w:br/>
              <w:t>T.4.1.7: Dinlediklerine/izlediklerine yönelik sorulara cevap verir.</w:t>
              <w:br/>
              <w:t>T.4.1.12: Dinleme stratejilerini uygular.</w:t>
              <w:br/>
              <w:t>T.4.2.2: Hazırlıksız konuşmalar yapar.</w:t>
              <w:br/>
              <w:t>T.4.3.1: Noktalama işaretlerine dikkat ederek sesli ve sessiz okur.</w:t>
              <w:br/>
              <w:t>T.4.3.4: Metinleri türün özelliklerine uygun biçimde okur.</w:t>
              <w:br/>
              <w:t>T.4.3.11: Deyim ve atasözlerinin metnin anlamına katkısını kavrar.</w:t>
              <w:br/>
              <w:t>T.4.3.22: Şekil, sembol ve işaretlerin anlamlarını kavrar.</w:t>
              <w:br/>
              <w:t>T.4.4.8: Yazdıklarında yabancı dillerden alınmış, dilimize henüz yerleşmemiş kelimelerin Türkçelerini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Kültürümüz</w:t>
              <w:br/>
              <w:t>Geleneksel Türk Okçuluğu (İzleme Metni) / Keloğlan’ın Fasulyesi (Serbest Okuma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T.4.1.1: Görselden/görsellerden hareketle dinleyeceği/izleyeceği metnin konusunu tahmin eder.</w:t>
              <w:br/>
              <w:t>T.4.1.4: Dinlediklerinde/izlediklerinde geçen, bilmediği kelimelerin anlamını tahmin eder.</w:t>
              <w:br/>
              <w:t>T.4.1.7: Dinlediklerine/izlediklerine yönelik sorulara cevap verir.</w:t>
              <w:br/>
              <w:t>T.4.1.12: Dinleme stratejilerini uygular.</w:t>
              <w:br/>
              <w:t>T.4.2.2: Hazırlıksız konuşmalar yapar.</w:t>
              <w:br/>
              <w:t>T.4.3.1: Noktalama işaretlerine dikkat ederek sesli ve sessiz okur.</w:t>
              <w:br/>
              <w:t>T.4.3.4: Metinleri türün özelliklerine uygun biçimde okur.</w:t>
              <w:br/>
              <w:t>T.4.3.11: Deyim ve atasözlerinin metnin anlamına katkısını kavrar.</w:t>
              <w:br/>
              <w:t>T.4.3.22: Şekil, sembol ve işaretlerin anlamlarını kavrar.</w:t>
              <w:br/>
              <w:t>T.4.4.8: Yazdıklarında yabancı dillerden alınmış, dilimize henüz yerleşmemiş kelimelerin Türkçelerini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Çocuk Dünyası</w:t>
              <w:br/>
              <w:t>Diyor ki: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T.4.3.18: Okuduğu metinle ilgili soruları cevaplar.</w:t>
              <w:br/>
              <w:t>T.4.3.14: Görsellerden ve başlıktan hareketle okuyacağı metnin konusunu tahmin eder.</w:t>
              <w:br/>
              <w:t>T.4.3.28: Okudukları ile ilgili çıkarımlar yapar.</w:t>
              <w:br/>
              <w:t>T.4.3.35: Bilgi kaynaklarını etkili bir şekilde kullanır.</w:t>
              <w:br/>
              <w:t>T.4.4.5: Hayalî ögeler barındıran kısa metin yazar.</w:t>
              <w:br/>
              <w:t>T.4.4.7: Yazdıklarının içeriğine uygun başlık belirler.</w:t>
              <w:br/>
              <w:t>T.4.4.10: Büyük harfleri ve noktalama işaretlerini uygun yerlerde kullanır.</w:t>
              <w:br/>
              <w:t>T.4.4.22: Pekiştirmeli sözcükleri doğru yazar.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Çocuk Dünyası</w:t>
              <w:br/>
              <w:t>Güzel Anıları Biriktirmek (Dinleme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T.4.1.2: Dinlediklerinde/izlediklerinde geçen olayların gelişimi ve sonucu hakkında tahminde bulunur.</w:t>
              <w:br/>
              <w:t>T.4.1.4: Dinlediklerinde/izlediklerinde geçen, bilmediği kelimelerin anlamını tahmin eder.</w:t>
              <w:br/>
              <w:t>T.4.1.7: Dinlediklerine/izlediklerine yönelik sorulara cevap verir.</w:t>
              <w:br/>
              <w:t>T.4.1.11: Dinlediklerinin/izlediklerinin içeriğini değerlendirir.</w:t>
              <w:br/>
              <w:t>T.4.1.12: Dinleme stratejilerini uygular.</w:t>
              <w:br/>
              <w:t>T.4.2.2: Hazırlıksız konuşmalar yapar.</w:t>
              <w:br/>
              <w:t>T.4.3.24: Hikâye edici ve bilgilendirici metinleri oluşturan ögeleri tanır.</w:t>
              <w:br/>
              <w:t>T.4.4.1: Şiir yazar.</w:t>
              <w:br/>
              <w:t>T.4.4.7: Yazdıklarının içeriğine uygun başlık belirler.</w:t>
              <w:br/>
              <w:t>T.4.4.9: Formları yönergelerine uygun doldurur.</w:t>
              <w:br/>
              <w:t>T.4.4.11: Yazdıklarını düzenler.</w:t>
              <w:br/>
              <w:t>T.4.4.14: Yazdıklarını zenginleştirmek için çizim, grafik ve görseller kullanır.</w:t>
              <w:br/>
              <w:t>T.4.4.22: Pekiştirmeli sözcükleri doğru yazar.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Çocuk Dünyası</w:t>
              <w:br/>
              <w:t>Arkadaşım 23 Nisan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T.4.3.4: Metinleri türün özelliklerine uygun biçimde okur.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T.4.3.30: Metindeki renkli, altı çizili, koyu ifadelerin önemli noktaları vurguladığını kavrar.</w:t>
              <w:br/>
              <w:t>T.4.3.33: Medya metinlerini değerlendirir.</w:t>
              <w:br/>
              <w:t>T.4.3.34: Grafik, tablo ve çizelgelerle ilgili soruları cevaplar.</w:t>
              <w:br/>
              <w:t>T.4.4.4: Bilgilendirici metin yazar.</w:t>
              <w:br/>
              <w:t>T.4.4.7: Yazdıklarının içeriğine uygun başlık belirler.</w:t>
              <w:br/>
              <w:t>T.4.4.17: Sayıları doğru yazar.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Çocuk Dünyası</w:t>
              <w:br/>
              <w:t>Beştaş ve İki Ceviz Bileti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T.4.3.28: Okudukları ile ilgili çıkarımlar yapar.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Çocuk Dünyası</w:t>
              <w:br/>
              <w:t>Uçurtmalar Nasıl Uçar? (Serbest Okuma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T.4.3.1: Noktalama işaretlerine dikkat ederek sesli ve sessiz okur.</w:t>
              <w:br/>
              <w:t>T.4.3.28: Okudukları ile ilgili çıkarımlar yapar.</w:t>
              <w:br/>
              <w:t>T.4.3.34: Grafik, tablo ve çizelgelerle ilgili soruları cevaplar.</w:t>
              <w:br/>
              <w:t>T.4.4.17: Sayıları doğru yazar.</w:t>
              <w:br/>
              <w:t>T.4.4.11: Yazdıklarını düzenler.</w:t>
              <w:br/>
              <w:t>T.4.4.20: Harflerin yapısal özelliklerine uygun metin yazar.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Çocuk Dünyası</w:t>
              <w:br/>
              <w:t>Sağlığımı Korurum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T.4.2.1: Kelimeleri anlamlarına uygun kullanır.</w:t>
              <w:br/>
              <w:t>T.4.2.2: Hazırlıksız konuşmalar yapar.</w:t>
              <w:br/>
              <w:t>T.4.3.2: Vurgu, tonlama ve telaffuza dikkat ederek okur.</w:t>
              <w:br/>
              <w:t>T.4.3.3: Şiir okur.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T.4.3.34: Grafik, tablo ve çizelgelerle ilgili soruları cevaplar.</w:t>
              <w:br/>
              <w:t>T.4.4.4: Bilgilendirici metin yazar.</w:t>
              <w:br/>
              <w:t>T.4.4.7: Yazdıklarının içeriğine uygun başlık belirler.</w:t>
              <w:br/>
              <w:t>T.4.4.9: Formları yönergelerine uygun doldurur.</w:t>
              <w:br/>
              <w:t>T.4.4.10: Büyük harfleri ve noktalama işaretlerini uygun yerlerde kullanır.</w:t>
              <w:br/>
              <w:t>T.4.4.12: Yazdıklarını paylaşır.</w:t>
              <w:br/>
              <w:t>T.4.4.16: Kısaltmaları ve kısaltmalara gelen ekleri doğru yazar.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Sağlık ve Spor</w:t>
              <w:br/>
              <w:t>Telaşa Kapılma, İlk Yardımı Hatırla!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T.4.3.10: Okuduğu metindeki gerçek, mecaz ve terim anlamlı sözcükleri belirler.</w:t>
              <w:br/>
              <w:t>T.4.3.12: Bağlamdan yararlanarak bilmediği kelime ve kelime gruplarının anlamını tahmin eder.</w:t>
              <w:br/>
              <w:t>T.4.3.18: Okuduğu metinle ilgili soruları cevaplar.</w:t>
              <w:br/>
              <w:t>T.4.3.19: Metinle ilgili sorular sorar.</w:t>
              <w:br/>
              <w:t>T.4.3.28: Okudukları ile ilgili çıkarımlar yapar.</w:t>
              <w:br/>
              <w:t>T.4.3.34: Grafik, tablo ve çizelgelerle ilgili soruları cevaplar.</w:t>
              <w:br/>
              <w:t>T.4.4.2: Bir işin işlem basamaklarına ilişkin yönergeler yazar.</w:t>
              <w:br/>
              <w:t>T.4.4.6: Görselleri ilişkilendirerek bir olayı anlatır.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Sağlık ve Spor</w:t>
              <w:br/>
              <w:t>Çiğ Köfte Spor/Lahmacun Spor (Dinleme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T.4.1.1: Görselden/görsellerden hareketle dinleyeceği/izleyeceği metnin konusunu tahmin eder.</w:t>
              <w:br/>
              <w:t>T.4.1.4: Dinlediklerinde/izlediklerinde geçen, bilmediği kelimelerin anlamını tahmin eder.</w:t>
              <w:br/>
              <w:t>T.4.1.5: Dinlediklerinin/izlediklerinin konusunu belirler.</w:t>
              <w:br/>
              <w:t>T.4.1.6: Dinlediklerinin/izlediklerinin ana fikrini/ana duygusunu belirler.</w:t>
              <w:br/>
              <w:t>T.4.1.7: Dinlediklerine/izlediklerine yönelik sorulara cevap verir.</w:t>
              <w:br/>
              <w:t>T.4.1.9: Dinledikleriyle/izledikleriyle ilgili görüşlerini ifade eder.</w:t>
              <w:br/>
              <w:t>T.4.1.12: Dinleme stratejilerini uygular.</w:t>
              <w:br/>
              <w:t>T.4.2.1: Kelimeleri anlamlarına uygun kullanır.</w:t>
              <w:br/>
              <w:t>T.4.2.2: Hazırlıksız konuşmalar yapar.</w:t>
              <w:br/>
              <w:t>T.4.2.3: Hazırlıklı konuşmalar yapar.</w:t>
              <w:br/>
              <w:t>T.4.4.20: Harflerin yapısal özelliklerine uygun metin yazar.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Sağlık ve Spor</w:t>
              <w:br/>
              <w:t>Tahinci Dede / Haydi Doğa Yürüyüşüne! (Serbest Okuma Metni)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T.4.3.20: Okuduğu metinlerdeki hikâye unsurlarını belirler.</w:t>
              <w:br/>
              <w:t>T.4.3.25: Yönergeleri kavrar.</w:t>
              <w:br/>
              <w:t>T.4.3.30: Metindeki renkli, altı çizili, koyu ifadelerin önemli noktaları vurguladığını kavrar.</w:t>
              <w:br/>
              <w:t>T.4.3.33: Medya metinlerini değerlendirir.</w:t>
              <w:br/>
              <w:t>T.4.3.35: Bilgi kaynaklarını etkili bir şekilde kullanır.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Sağlık ve Spor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4. Sınıf Türkçe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